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EE2B3" w14:textId="77777777" w:rsidR="00BB2593" w:rsidRDefault="00BB2593" w:rsidP="003A1C3F">
      <w:pPr>
        <w:pStyle w:val="Overskrift1"/>
        <w:rPr>
          <w:rStyle w:val="s1"/>
          <w:rFonts w:ascii="Times New Roman" w:hAnsi="Times New Roman" w:cs="Times New Roman"/>
          <w:color w:val="000000" w:themeColor="text1"/>
          <w:u w:val="single"/>
        </w:rPr>
      </w:pPr>
      <w:r w:rsidRPr="00BB2593">
        <w:rPr>
          <w:rStyle w:val="s1"/>
          <w:rFonts w:ascii="Times New Roman" w:hAnsi="Times New Roman" w:cs="Times New Roman"/>
          <w:color w:val="000000" w:themeColor="text1"/>
          <w:u w:val="single"/>
        </w:rPr>
        <w:t>English:</w:t>
      </w:r>
    </w:p>
    <w:p w14:paraId="5C712214" w14:textId="29854DAB" w:rsidR="00F25FB5" w:rsidRPr="00F25FB5" w:rsidRDefault="00F25FB5" w:rsidP="00F25FB5">
      <w:r w:rsidRPr="00F25FB5">
        <w:br/>
      </w:r>
      <w:r w:rsidRPr="00F25FB5">
        <w:rPr>
          <w:b/>
          <w:bCs/>
        </w:rPr>
        <w:t>Imagining 2066: Danish and German Students Explored Climate Futures Together</w:t>
      </w:r>
    </w:p>
    <w:p w14:paraId="01A55996" w14:textId="77777777" w:rsidR="003A1C3F" w:rsidRPr="00BB2593" w:rsidRDefault="003A1C3F" w:rsidP="003A1C3F">
      <w:pPr>
        <w:pStyle w:val="p2"/>
      </w:pPr>
      <w:r w:rsidRPr="00BB2593">
        <w:t>More than 200 upper secondary students from Denmark and Germany recently took part in FUSION, a cross-border project that invited young people to imagine life in 2066 and reflect on how today’s decisions might shape the decades ahead.</w:t>
      </w:r>
    </w:p>
    <w:p w14:paraId="7D748472" w14:textId="353DE204" w:rsidR="00BB2593" w:rsidRPr="00BB2593" w:rsidRDefault="00BB2593" w:rsidP="00BB2593">
      <w:pPr>
        <w:pStyle w:val="p2"/>
      </w:pPr>
      <w:r w:rsidRPr="00BB2593">
        <w:t xml:space="preserve">One of the project’s milestones took place in April, when the </w:t>
      </w:r>
      <w:proofErr w:type="gramStart"/>
      <w:r w:rsidRPr="00BB2593">
        <w:t>participating students met</w:t>
      </w:r>
      <w:proofErr w:type="gramEnd"/>
      <w:r w:rsidRPr="00BB2593">
        <w:t xml:space="preserve"> in Odense for the FUSION Climate Action Camp. Over two days, they worked in cross-border teams, explored possible climate futures through improvisation, and developed future job profiles and ideas for individual and joint climate action.</w:t>
      </w:r>
    </w:p>
    <w:p w14:paraId="76B318CB" w14:textId="5158F3D0" w:rsidR="003A1C3F" w:rsidRPr="00BB2593" w:rsidRDefault="003A1C3F" w:rsidP="003A1C3F">
      <w:pPr>
        <w:pStyle w:val="p2"/>
      </w:pPr>
      <w:r w:rsidRPr="00BB2593">
        <w:t>FUSION is a collaboration between the University of Southern Denmark</w:t>
      </w:r>
      <w:r w:rsidR="00605727" w:rsidRPr="00BB2593">
        <w:t xml:space="preserve">, </w:t>
      </w:r>
      <w:r w:rsidRPr="00BB2593">
        <w:t>Christian-</w:t>
      </w:r>
      <w:proofErr w:type="spellStart"/>
      <w:r w:rsidRPr="00BB2593">
        <w:t>Albrechts</w:t>
      </w:r>
      <w:proofErr w:type="spellEnd"/>
      <w:r w:rsidRPr="00BB2593">
        <w:t xml:space="preserve">-Universität </w:t>
      </w:r>
      <w:proofErr w:type="spellStart"/>
      <w:r w:rsidRPr="00BB2593">
        <w:t>zu</w:t>
      </w:r>
      <w:proofErr w:type="spellEnd"/>
      <w:r w:rsidRPr="00BB2593">
        <w:t xml:space="preserve"> Kiel and </w:t>
      </w:r>
      <w:r w:rsidR="00605727" w:rsidRPr="00BB2593">
        <w:t xml:space="preserve">seven </w:t>
      </w:r>
      <w:r w:rsidRPr="00BB2593">
        <w:t xml:space="preserve">partner high schools across the </w:t>
      </w:r>
      <w:proofErr w:type="gramStart"/>
      <w:r w:rsidRPr="00BB2593">
        <w:t>Danish-German</w:t>
      </w:r>
      <w:proofErr w:type="gramEnd"/>
      <w:r w:rsidRPr="00BB2593">
        <w:t xml:space="preserve"> border region. The project combine</w:t>
      </w:r>
      <w:r w:rsidR="00C9720E">
        <w:t>s</w:t>
      </w:r>
      <w:r w:rsidRPr="00BB2593">
        <w:t xml:space="preserve"> climate fiction, citizen science, improvisation theatre and future</w:t>
      </w:r>
      <w:r w:rsidR="00605727" w:rsidRPr="00BB2593">
        <w:t xml:space="preserve"> thinking</w:t>
      </w:r>
      <w:r w:rsidRPr="00BB2593">
        <w:t xml:space="preserve"> methods to help young people explore climate change in ways that encourage reflection, creativity and action.</w:t>
      </w:r>
    </w:p>
    <w:p w14:paraId="32639458" w14:textId="75215C35" w:rsidR="00605727" w:rsidRPr="00BB2593" w:rsidRDefault="00605727" w:rsidP="00605727">
      <w:pPr>
        <w:pStyle w:val="p2"/>
      </w:pPr>
      <w:r w:rsidRPr="00BB2593">
        <w:t xml:space="preserve">The project began </w:t>
      </w:r>
      <w:r w:rsidR="005A1130">
        <w:t xml:space="preserve">in late 2025 </w:t>
      </w:r>
      <w:r w:rsidRPr="00BB2593">
        <w:t>with kick-off events in Denmark and Germany, where participating students met within their national groups. During these events, they completed a timed flash-fiction exercise, writing a very short text imagining everyday life in 2066.</w:t>
      </w:r>
    </w:p>
    <w:p w14:paraId="313ECC29" w14:textId="77777777" w:rsidR="00605727" w:rsidRPr="00BB2593" w:rsidRDefault="00605727" w:rsidP="00605727">
      <w:pPr>
        <w:pStyle w:val="p2"/>
      </w:pPr>
      <w:r w:rsidRPr="00BB2593">
        <w:t xml:space="preserve">Over the following months, FUSION became part of the students’ English classes. Building on their first ideas, they developed </w:t>
      </w:r>
      <w:proofErr w:type="gramStart"/>
      <w:r w:rsidRPr="00BB2593">
        <w:t>climate fiction short stories</w:t>
      </w:r>
      <w:proofErr w:type="gramEnd"/>
      <w:r w:rsidRPr="00BB2593">
        <w:t xml:space="preserve"> that explored different visions of the future. These stories formed the basis for the activities at the Climate Action Camp in Odense.</w:t>
      </w:r>
    </w:p>
    <w:p w14:paraId="2445D2B5" w14:textId="77777777" w:rsidR="00605727" w:rsidRPr="00BB2593" w:rsidRDefault="00605727" w:rsidP="00605727">
      <w:pPr>
        <w:pStyle w:val="p2"/>
      </w:pPr>
      <w:r w:rsidRPr="00BB2593">
        <w:t>The Climate Action Camp brought participating schools together for the first time. After months of working in their own classrooms, students met in cross-border teams to transform their stories into theatre through applied improvisation. Together, they developed characters, created scenes and performed their imagined futures on stage. The first day concluded with performances in which each group presented its work to the other participants.</w:t>
      </w:r>
    </w:p>
    <w:p w14:paraId="19CBCEAB" w14:textId="77777777" w:rsidR="003A1C3F" w:rsidRPr="00BB2593" w:rsidRDefault="003A1C3F" w:rsidP="003A1C3F">
      <w:pPr>
        <w:pStyle w:val="p2"/>
      </w:pPr>
      <w:r w:rsidRPr="00BB2593">
        <w:t xml:space="preserve">On the second day, the focus shifted from imagination to action. Using a futures method known as </w:t>
      </w:r>
      <w:proofErr w:type="spellStart"/>
      <w:r w:rsidRPr="00BB2593">
        <w:t>backcasting</w:t>
      </w:r>
      <w:proofErr w:type="spellEnd"/>
      <w:r w:rsidRPr="00BB2593">
        <w:t>, students worked backwards from their imagined futures to identify pathways towards them. They developed individual future job profiles, created cross-border climate initiatives and identified actions they could take themselves, both individually and together with others.</w:t>
      </w:r>
    </w:p>
    <w:p w14:paraId="3AC42C85" w14:textId="5B671520" w:rsidR="003A1C3F" w:rsidRDefault="003A1C3F" w:rsidP="003A1C3F">
      <w:pPr>
        <w:pStyle w:val="p2"/>
      </w:pPr>
      <w:r w:rsidRPr="00BB2593">
        <w:t>The project respond</w:t>
      </w:r>
      <w:r w:rsidR="00605727" w:rsidRPr="00BB2593">
        <w:t>s</w:t>
      </w:r>
      <w:r w:rsidRPr="00BB2593">
        <w:t xml:space="preserve"> to a challenge familiar to many teachers: climate change can leave young people feeling uncertain about the future. FUSION offer</w:t>
      </w:r>
      <w:r w:rsidR="00605727" w:rsidRPr="00BB2593">
        <w:t>s</w:t>
      </w:r>
      <w:r w:rsidRPr="00BB2593">
        <w:t xml:space="preserve"> a space to explore </w:t>
      </w:r>
      <w:r w:rsidRPr="00BB2593">
        <w:lastRenderedPageBreak/>
        <w:t xml:space="preserve">different possibilities, test ideas with others and reflect on how today’s decisions shape tomorrow’s opportunities. Its aim </w:t>
      </w:r>
      <w:r w:rsidR="00605727" w:rsidRPr="00BB2593">
        <w:t xml:space="preserve">is </w:t>
      </w:r>
      <w:r w:rsidRPr="00BB2593">
        <w:t>to strengthen young people’s confidence that they can influence it.</w:t>
      </w:r>
    </w:p>
    <w:p w14:paraId="007BB296" w14:textId="77777777" w:rsidR="000A0895" w:rsidRPr="00F25FB5" w:rsidRDefault="000A0895" w:rsidP="000A0895">
      <w:r w:rsidRPr="00F25FB5">
        <w:t>Following a successful first project cycle, the second round of FUSION has now begun.</w:t>
      </w:r>
    </w:p>
    <w:p w14:paraId="328E6A2D" w14:textId="09C41A63" w:rsidR="00BB2593" w:rsidRDefault="000A0895" w:rsidP="003A1C3F">
      <w:r w:rsidRPr="00F25FB5">
        <w:t xml:space="preserve">The project has expanded over the summer, and during the 2026-2027 school year more than 320 students from ten Danish, German, and </w:t>
      </w:r>
      <w:proofErr w:type="gramStart"/>
      <w:r w:rsidRPr="00F25FB5">
        <w:t>Danish-German</w:t>
      </w:r>
      <w:proofErr w:type="gramEnd"/>
      <w:r w:rsidRPr="00F25FB5">
        <w:t xml:space="preserve"> upper secondary schools are participating. As in the first project cycle, English language education is being combined with a Climate Action Camp in Odense, where new groups of students will come together across borders to explore possible climate futures and pathways to climate action.</w:t>
      </w:r>
    </w:p>
    <w:p w14:paraId="6531321B" w14:textId="71ECFBE5" w:rsidR="00EA492A" w:rsidRPr="00FD35E0" w:rsidRDefault="00FD35E0" w:rsidP="003A1C3F">
      <w:pPr>
        <w:rPr>
          <w:rStyle w:val="s1"/>
        </w:rPr>
      </w:pPr>
      <w:r w:rsidRPr="00FD35E0">
        <w:rPr>
          <w:rStyle w:val="s1"/>
        </w:rPr>
        <w:t>Check out how the first Climate Action Camp went:</w:t>
      </w:r>
      <w:r>
        <w:rPr>
          <w:rStyle w:val="s1"/>
        </w:rPr>
        <w:t xml:space="preserve"> </w:t>
      </w:r>
      <w:hyperlink r:id="rId6" w:history="1">
        <w:r w:rsidRPr="00FD35E0">
          <w:rPr>
            <w:rStyle w:val="Hyperlink"/>
            <w:rFonts w:ascii="Times New Roman" w:eastAsia="Times New Roman" w:hAnsi="Times New Roman" w:cs="Times New Roman"/>
            <w:sz w:val="24"/>
            <w:szCs w:val="24"/>
          </w:rPr>
          <w:t>https://youtu.be/1H83HG11MLA?si=5fDwpa6Zjkf0mlM7</w:t>
        </w:r>
      </w:hyperlink>
      <w:r w:rsidRPr="00FD35E0">
        <w:rPr>
          <w:rFonts w:ascii="Times New Roman" w:eastAsia="Times New Roman" w:hAnsi="Times New Roman" w:cs="Times New Roman"/>
          <w:sz w:val="24"/>
          <w:szCs w:val="24"/>
        </w:rPr>
        <w:t xml:space="preserve"> </w:t>
      </w:r>
    </w:p>
    <w:p w14:paraId="5DBEA297" w14:textId="2CF79EA8" w:rsidR="00BB2593" w:rsidRPr="00BB2593" w:rsidRDefault="00BB2593" w:rsidP="003A1C3F">
      <w:pPr>
        <w:rPr>
          <w:rStyle w:val="s1"/>
          <w:rFonts w:ascii="Times New Roman" w:eastAsiaTheme="majorEastAsia" w:hAnsi="Times New Roman" w:cs="Times New Roman"/>
          <w:b/>
          <w:bCs/>
          <w:color w:val="000000" w:themeColor="text1"/>
          <w:sz w:val="28"/>
          <w:szCs w:val="28"/>
          <w:u w:val="single"/>
        </w:rPr>
      </w:pPr>
      <w:r w:rsidRPr="00BB2593">
        <w:rPr>
          <w:rStyle w:val="s1"/>
          <w:rFonts w:ascii="Times New Roman" w:eastAsiaTheme="majorEastAsia" w:hAnsi="Times New Roman" w:cs="Times New Roman"/>
          <w:b/>
          <w:bCs/>
          <w:color w:val="000000" w:themeColor="text1"/>
          <w:sz w:val="28"/>
          <w:szCs w:val="28"/>
          <w:u w:val="single"/>
        </w:rPr>
        <w:t>German</w:t>
      </w:r>
    </w:p>
    <w:p w14:paraId="7FEC71EE" w14:textId="6EEF48ED" w:rsidR="00BB2593" w:rsidRPr="00F56BEF" w:rsidRDefault="00BB2593" w:rsidP="00BB2593">
      <w:pPr>
        <w:spacing w:before="100" w:beforeAutospacing="1" w:after="100" w:afterAutospacing="1" w:line="240" w:lineRule="auto"/>
        <w:outlineLvl w:val="0"/>
        <w:rPr>
          <w:rStyle w:val="s1"/>
          <w:rFonts w:ascii="Times New Roman" w:eastAsiaTheme="majorEastAsia" w:hAnsi="Times New Roman" w:cs="Times New Roman"/>
          <w:b/>
          <w:bCs/>
          <w:color w:val="000000" w:themeColor="text1"/>
          <w:sz w:val="24"/>
          <w:szCs w:val="24"/>
        </w:rPr>
      </w:pPr>
      <w:r w:rsidRPr="00F56BEF">
        <w:rPr>
          <w:rStyle w:val="s1"/>
          <w:rFonts w:ascii="Times New Roman" w:eastAsiaTheme="majorEastAsia" w:hAnsi="Times New Roman" w:cs="Times New Roman"/>
          <w:b/>
          <w:bCs/>
          <w:color w:val="000000" w:themeColor="text1"/>
          <w:sz w:val="24"/>
          <w:szCs w:val="24"/>
        </w:rPr>
        <w:t xml:space="preserve">Die Zukunft in 2066: </w:t>
      </w:r>
      <w:proofErr w:type="spellStart"/>
      <w:r w:rsidRPr="00F56BEF">
        <w:rPr>
          <w:rStyle w:val="s1"/>
          <w:rFonts w:ascii="Times New Roman" w:eastAsiaTheme="majorEastAsia" w:hAnsi="Times New Roman" w:cs="Times New Roman"/>
          <w:b/>
          <w:bCs/>
          <w:color w:val="000000" w:themeColor="text1"/>
          <w:sz w:val="24"/>
          <w:szCs w:val="24"/>
        </w:rPr>
        <w:t>Dänische</w:t>
      </w:r>
      <w:proofErr w:type="spellEnd"/>
      <w:r w:rsidRPr="00F56BEF">
        <w:rPr>
          <w:rStyle w:val="s1"/>
          <w:rFonts w:ascii="Times New Roman" w:eastAsiaTheme="majorEastAsia" w:hAnsi="Times New Roman" w:cs="Times New Roman"/>
          <w:b/>
          <w:bCs/>
          <w:color w:val="000000" w:themeColor="text1"/>
          <w:sz w:val="24"/>
          <w:szCs w:val="24"/>
        </w:rPr>
        <w:t xml:space="preserve"> und deutsche </w:t>
      </w:r>
      <w:proofErr w:type="spellStart"/>
      <w:r w:rsidRPr="00F56BEF">
        <w:rPr>
          <w:rStyle w:val="s1"/>
          <w:rFonts w:ascii="Times New Roman" w:eastAsiaTheme="majorEastAsia" w:hAnsi="Times New Roman" w:cs="Times New Roman"/>
          <w:b/>
          <w:bCs/>
          <w:color w:val="000000" w:themeColor="text1"/>
          <w:sz w:val="24"/>
          <w:szCs w:val="24"/>
        </w:rPr>
        <w:t>Schülerinnen</w:t>
      </w:r>
      <w:proofErr w:type="spellEnd"/>
      <w:r w:rsidRPr="00F56BEF">
        <w:rPr>
          <w:rStyle w:val="s1"/>
          <w:rFonts w:ascii="Times New Roman" w:eastAsiaTheme="majorEastAsia" w:hAnsi="Times New Roman" w:cs="Times New Roman"/>
          <w:b/>
          <w:bCs/>
          <w:color w:val="000000" w:themeColor="text1"/>
          <w:sz w:val="24"/>
          <w:szCs w:val="24"/>
        </w:rPr>
        <w:t xml:space="preserve"> und Schüler </w:t>
      </w:r>
      <w:proofErr w:type="spellStart"/>
      <w:r w:rsidRPr="00F56BEF">
        <w:rPr>
          <w:rStyle w:val="s1"/>
          <w:rFonts w:ascii="Times New Roman" w:eastAsiaTheme="majorEastAsia" w:hAnsi="Times New Roman" w:cs="Times New Roman"/>
          <w:b/>
          <w:bCs/>
          <w:color w:val="000000" w:themeColor="text1"/>
          <w:sz w:val="24"/>
          <w:szCs w:val="24"/>
        </w:rPr>
        <w:t>erkunden</w:t>
      </w:r>
      <w:proofErr w:type="spellEnd"/>
      <w:r w:rsidRPr="00F56BEF">
        <w:rPr>
          <w:rStyle w:val="s1"/>
          <w:rFonts w:ascii="Times New Roman" w:eastAsiaTheme="majorEastAsia" w:hAnsi="Times New Roman" w:cs="Times New Roman"/>
          <w:b/>
          <w:bCs/>
          <w:color w:val="000000" w:themeColor="text1"/>
          <w:sz w:val="24"/>
          <w:szCs w:val="24"/>
        </w:rPr>
        <w:t xml:space="preserve"> </w:t>
      </w:r>
      <w:proofErr w:type="spellStart"/>
      <w:r w:rsidRPr="00F56BEF">
        <w:rPr>
          <w:rStyle w:val="s1"/>
          <w:rFonts w:ascii="Times New Roman" w:eastAsiaTheme="majorEastAsia" w:hAnsi="Times New Roman" w:cs="Times New Roman"/>
          <w:b/>
          <w:bCs/>
          <w:color w:val="000000" w:themeColor="text1"/>
          <w:sz w:val="24"/>
          <w:szCs w:val="24"/>
        </w:rPr>
        <w:t>gemeinsam</w:t>
      </w:r>
      <w:proofErr w:type="spellEnd"/>
      <w:r w:rsidRPr="00F56BEF">
        <w:rPr>
          <w:rStyle w:val="s1"/>
          <w:rFonts w:ascii="Times New Roman" w:eastAsiaTheme="majorEastAsia" w:hAnsi="Times New Roman" w:cs="Times New Roman"/>
          <w:b/>
          <w:bCs/>
          <w:color w:val="000000" w:themeColor="text1"/>
          <w:sz w:val="24"/>
          <w:szCs w:val="24"/>
        </w:rPr>
        <w:t xml:space="preserve"> </w:t>
      </w:r>
      <w:proofErr w:type="spellStart"/>
      <w:r w:rsidRPr="00F56BEF">
        <w:rPr>
          <w:rStyle w:val="s1"/>
          <w:rFonts w:ascii="Times New Roman" w:eastAsiaTheme="majorEastAsia" w:hAnsi="Times New Roman" w:cs="Times New Roman"/>
          <w:b/>
          <w:bCs/>
          <w:color w:val="000000" w:themeColor="text1"/>
          <w:sz w:val="24"/>
          <w:szCs w:val="24"/>
        </w:rPr>
        <w:t>Klimazukünfte</w:t>
      </w:r>
      <w:proofErr w:type="spellEnd"/>
    </w:p>
    <w:p w14:paraId="7685D7AD" w14:textId="77777777" w:rsidR="00A66F36" w:rsidRPr="00F56BEF" w:rsidRDefault="00A66F36"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rPr>
      </w:pPr>
      <w:r w:rsidRPr="00F56BEF">
        <w:rPr>
          <w:rFonts w:ascii="Times New Roman" w:eastAsiaTheme="majorEastAsia" w:hAnsi="Times New Roman" w:cs="Times New Roman"/>
          <w:color w:val="000000" w:themeColor="text1"/>
          <w:sz w:val="24"/>
          <w:szCs w:val="24"/>
        </w:rPr>
        <w:t xml:space="preserve">Mehr </w:t>
      </w:r>
      <w:proofErr w:type="spellStart"/>
      <w:r w:rsidRPr="00F56BEF">
        <w:rPr>
          <w:rFonts w:ascii="Times New Roman" w:eastAsiaTheme="majorEastAsia" w:hAnsi="Times New Roman" w:cs="Times New Roman"/>
          <w:color w:val="000000" w:themeColor="text1"/>
          <w:sz w:val="24"/>
          <w:szCs w:val="24"/>
        </w:rPr>
        <w:t>als</w:t>
      </w:r>
      <w:proofErr w:type="spellEnd"/>
      <w:r w:rsidRPr="00F56BEF">
        <w:rPr>
          <w:rFonts w:ascii="Times New Roman" w:eastAsiaTheme="majorEastAsia" w:hAnsi="Times New Roman" w:cs="Times New Roman"/>
          <w:color w:val="000000" w:themeColor="text1"/>
          <w:sz w:val="24"/>
          <w:szCs w:val="24"/>
        </w:rPr>
        <w:t xml:space="preserve"> 200 </w:t>
      </w:r>
      <w:proofErr w:type="spellStart"/>
      <w:r w:rsidRPr="00F56BEF">
        <w:rPr>
          <w:rFonts w:ascii="Times New Roman" w:eastAsiaTheme="majorEastAsia" w:hAnsi="Times New Roman" w:cs="Times New Roman"/>
          <w:color w:val="000000" w:themeColor="text1"/>
          <w:sz w:val="24"/>
          <w:szCs w:val="24"/>
        </w:rPr>
        <w:t>Gymnasialschülerinnen</w:t>
      </w:r>
      <w:proofErr w:type="spellEnd"/>
      <w:r w:rsidRPr="00F56BEF">
        <w:rPr>
          <w:rFonts w:ascii="Times New Roman" w:eastAsiaTheme="majorEastAsia" w:hAnsi="Times New Roman" w:cs="Times New Roman"/>
          <w:color w:val="000000" w:themeColor="text1"/>
          <w:sz w:val="24"/>
          <w:szCs w:val="24"/>
        </w:rPr>
        <w:t xml:space="preserve"> und -</w:t>
      </w:r>
      <w:proofErr w:type="spellStart"/>
      <w:r w:rsidRPr="00F56BEF">
        <w:rPr>
          <w:rFonts w:ascii="Times New Roman" w:eastAsiaTheme="majorEastAsia" w:hAnsi="Times New Roman" w:cs="Times New Roman"/>
          <w:color w:val="000000" w:themeColor="text1"/>
          <w:sz w:val="24"/>
          <w:szCs w:val="24"/>
        </w:rPr>
        <w:t>schüler</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aus</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Dänemark</w:t>
      </w:r>
      <w:proofErr w:type="spellEnd"/>
      <w:r w:rsidRPr="00F56BEF">
        <w:rPr>
          <w:rFonts w:ascii="Times New Roman" w:eastAsiaTheme="majorEastAsia" w:hAnsi="Times New Roman" w:cs="Times New Roman"/>
          <w:color w:val="000000" w:themeColor="text1"/>
          <w:sz w:val="24"/>
          <w:szCs w:val="24"/>
        </w:rPr>
        <w:t xml:space="preserve"> und Deutschland </w:t>
      </w:r>
      <w:proofErr w:type="spellStart"/>
      <w:r w:rsidRPr="00F56BEF">
        <w:rPr>
          <w:rFonts w:ascii="Times New Roman" w:eastAsiaTheme="majorEastAsia" w:hAnsi="Times New Roman" w:cs="Times New Roman"/>
          <w:color w:val="000000" w:themeColor="text1"/>
          <w:sz w:val="24"/>
          <w:szCs w:val="24"/>
        </w:rPr>
        <w:t>nahmen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kürzlich</w:t>
      </w:r>
      <w:proofErr w:type="spellEnd"/>
      <w:r w:rsidRPr="00F56BEF">
        <w:rPr>
          <w:rFonts w:ascii="Times New Roman" w:eastAsiaTheme="majorEastAsia" w:hAnsi="Times New Roman" w:cs="Times New Roman"/>
          <w:color w:val="000000" w:themeColor="text1"/>
          <w:sz w:val="24"/>
          <w:szCs w:val="24"/>
        </w:rPr>
        <w:t xml:space="preserve"> an FUSION teil, </w:t>
      </w:r>
      <w:proofErr w:type="spellStart"/>
      <w:r w:rsidRPr="00F56BEF">
        <w:rPr>
          <w:rFonts w:ascii="Times New Roman" w:eastAsiaTheme="majorEastAsia" w:hAnsi="Times New Roman" w:cs="Times New Roman"/>
          <w:color w:val="000000" w:themeColor="text1"/>
          <w:sz w:val="24"/>
          <w:szCs w:val="24"/>
        </w:rPr>
        <w:t>einem</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grenzüberschreitenden</w:t>
      </w:r>
      <w:proofErr w:type="spellEnd"/>
      <w:r w:rsidRPr="00F56BEF">
        <w:rPr>
          <w:rFonts w:ascii="Times New Roman" w:eastAsiaTheme="majorEastAsia" w:hAnsi="Times New Roman" w:cs="Times New Roman"/>
          <w:color w:val="000000" w:themeColor="text1"/>
          <w:sz w:val="24"/>
          <w:szCs w:val="24"/>
        </w:rPr>
        <w:t xml:space="preserve"> Projekt, das </w:t>
      </w:r>
      <w:proofErr w:type="spellStart"/>
      <w:r w:rsidRPr="00F56BEF">
        <w:rPr>
          <w:rFonts w:ascii="Times New Roman" w:eastAsiaTheme="majorEastAsia" w:hAnsi="Times New Roman" w:cs="Times New Roman"/>
          <w:color w:val="000000" w:themeColor="text1"/>
          <w:sz w:val="24"/>
          <w:szCs w:val="24"/>
        </w:rPr>
        <w:t>junge</w:t>
      </w:r>
      <w:proofErr w:type="spellEnd"/>
      <w:r w:rsidRPr="00F56BEF">
        <w:rPr>
          <w:rFonts w:ascii="Times New Roman" w:eastAsiaTheme="majorEastAsia" w:hAnsi="Times New Roman" w:cs="Times New Roman"/>
          <w:color w:val="000000" w:themeColor="text1"/>
          <w:sz w:val="24"/>
          <w:szCs w:val="24"/>
        </w:rPr>
        <w:t xml:space="preserve"> Menschen </w:t>
      </w:r>
      <w:proofErr w:type="spellStart"/>
      <w:r w:rsidRPr="00F56BEF">
        <w:rPr>
          <w:rFonts w:ascii="Times New Roman" w:eastAsiaTheme="majorEastAsia" w:hAnsi="Times New Roman" w:cs="Times New Roman"/>
          <w:color w:val="000000" w:themeColor="text1"/>
          <w:sz w:val="24"/>
          <w:szCs w:val="24"/>
        </w:rPr>
        <w:t>dazu</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einlädt</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sich</w:t>
      </w:r>
      <w:proofErr w:type="spellEnd"/>
      <w:r w:rsidRPr="00F56BEF">
        <w:rPr>
          <w:rFonts w:ascii="Times New Roman" w:eastAsiaTheme="majorEastAsia" w:hAnsi="Times New Roman" w:cs="Times New Roman"/>
          <w:color w:val="000000" w:themeColor="text1"/>
          <w:sz w:val="24"/>
          <w:szCs w:val="24"/>
        </w:rPr>
        <w:t xml:space="preserve"> das Leben </w:t>
      </w:r>
      <w:proofErr w:type="spellStart"/>
      <w:r w:rsidRPr="00F56BEF">
        <w:rPr>
          <w:rFonts w:ascii="Times New Roman" w:eastAsiaTheme="majorEastAsia" w:hAnsi="Times New Roman" w:cs="Times New Roman"/>
          <w:color w:val="000000" w:themeColor="text1"/>
          <w:sz w:val="24"/>
          <w:szCs w:val="24"/>
        </w:rPr>
        <w:t>im</w:t>
      </w:r>
      <w:proofErr w:type="spellEnd"/>
      <w:r w:rsidRPr="00F56BEF">
        <w:rPr>
          <w:rFonts w:ascii="Times New Roman" w:eastAsiaTheme="majorEastAsia" w:hAnsi="Times New Roman" w:cs="Times New Roman"/>
          <w:color w:val="000000" w:themeColor="text1"/>
          <w:sz w:val="24"/>
          <w:szCs w:val="24"/>
        </w:rPr>
        <w:t xml:space="preserve"> Jahr 2066 </w:t>
      </w:r>
      <w:proofErr w:type="spellStart"/>
      <w:r w:rsidRPr="00F56BEF">
        <w:rPr>
          <w:rFonts w:ascii="Times New Roman" w:eastAsiaTheme="majorEastAsia" w:hAnsi="Times New Roman" w:cs="Times New Roman"/>
          <w:color w:val="000000" w:themeColor="text1"/>
          <w:sz w:val="24"/>
          <w:szCs w:val="24"/>
        </w:rPr>
        <w:t>vorzustellen</w:t>
      </w:r>
      <w:proofErr w:type="spellEnd"/>
      <w:r w:rsidRPr="00F56BEF">
        <w:rPr>
          <w:rFonts w:ascii="Times New Roman" w:eastAsiaTheme="majorEastAsia" w:hAnsi="Times New Roman" w:cs="Times New Roman"/>
          <w:color w:val="000000" w:themeColor="text1"/>
          <w:sz w:val="24"/>
          <w:szCs w:val="24"/>
        </w:rPr>
        <w:t xml:space="preserve"> und </w:t>
      </w:r>
      <w:proofErr w:type="spellStart"/>
      <w:r w:rsidRPr="00F56BEF">
        <w:rPr>
          <w:rFonts w:ascii="Times New Roman" w:eastAsiaTheme="majorEastAsia" w:hAnsi="Times New Roman" w:cs="Times New Roman"/>
          <w:color w:val="000000" w:themeColor="text1"/>
          <w:sz w:val="24"/>
          <w:szCs w:val="24"/>
        </w:rPr>
        <w:t>darüber</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nachzudenken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wie</w:t>
      </w:r>
      <w:proofErr w:type="spellEnd"/>
      <w:r w:rsidRPr="00F56BEF">
        <w:rPr>
          <w:rFonts w:ascii="Times New Roman" w:eastAsiaTheme="majorEastAsia" w:hAnsi="Times New Roman" w:cs="Times New Roman"/>
          <w:color w:val="000000" w:themeColor="text1"/>
          <w:sz w:val="24"/>
          <w:szCs w:val="24"/>
        </w:rPr>
        <w:t xml:space="preserve"> die </w:t>
      </w:r>
      <w:proofErr w:type="spellStart"/>
      <w:r w:rsidRPr="00F56BEF">
        <w:rPr>
          <w:rFonts w:ascii="Times New Roman" w:eastAsiaTheme="majorEastAsia" w:hAnsi="Times New Roman" w:cs="Times New Roman"/>
          <w:color w:val="000000" w:themeColor="text1"/>
          <w:sz w:val="24"/>
          <w:szCs w:val="24"/>
        </w:rPr>
        <w:t>Entscheidungen</w:t>
      </w:r>
      <w:proofErr w:type="spellEnd"/>
      <w:r w:rsidRPr="00F56BEF">
        <w:rPr>
          <w:rFonts w:ascii="Times New Roman" w:eastAsiaTheme="majorEastAsia" w:hAnsi="Times New Roman" w:cs="Times New Roman"/>
          <w:color w:val="000000" w:themeColor="text1"/>
          <w:sz w:val="24"/>
          <w:szCs w:val="24"/>
        </w:rPr>
        <w:t xml:space="preserve">, die </w:t>
      </w:r>
      <w:proofErr w:type="spellStart"/>
      <w:r w:rsidRPr="00F56BEF">
        <w:rPr>
          <w:rFonts w:ascii="Times New Roman" w:eastAsiaTheme="majorEastAsia" w:hAnsi="Times New Roman" w:cs="Times New Roman"/>
          <w:color w:val="000000" w:themeColor="text1"/>
          <w:sz w:val="24"/>
          <w:szCs w:val="24"/>
        </w:rPr>
        <w:t>wir</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heute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treffen</w:t>
      </w:r>
      <w:proofErr w:type="spellEnd"/>
      <w:r w:rsidRPr="00F56BEF">
        <w:rPr>
          <w:rFonts w:ascii="Times New Roman" w:eastAsiaTheme="majorEastAsia" w:hAnsi="Times New Roman" w:cs="Times New Roman"/>
          <w:color w:val="000000" w:themeColor="text1"/>
          <w:sz w:val="24"/>
          <w:szCs w:val="24"/>
        </w:rPr>
        <w:t xml:space="preserve">, die </w:t>
      </w:r>
      <w:proofErr w:type="spellStart"/>
      <w:r w:rsidRPr="00F56BEF">
        <w:rPr>
          <w:rFonts w:ascii="Times New Roman" w:eastAsiaTheme="majorEastAsia" w:hAnsi="Times New Roman" w:cs="Times New Roman"/>
          <w:color w:val="000000" w:themeColor="text1"/>
          <w:sz w:val="24"/>
          <w:szCs w:val="24"/>
        </w:rPr>
        <w:t>kommenden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Jahrzehnte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prägen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können</w:t>
      </w:r>
      <w:proofErr w:type="spellEnd"/>
      <w:r w:rsidRPr="00F56BEF">
        <w:rPr>
          <w:rFonts w:ascii="Times New Roman" w:eastAsiaTheme="majorEastAsia" w:hAnsi="Times New Roman" w:cs="Times New Roman"/>
          <w:color w:val="000000" w:themeColor="text1"/>
          <w:sz w:val="24"/>
          <w:szCs w:val="24"/>
        </w:rPr>
        <w:t>.</w:t>
      </w:r>
    </w:p>
    <w:p w14:paraId="07B002CF" w14:textId="77777777" w:rsidR="00A66F36" w:rsidRPr="00F56BEF" w:rsidRDefault="00A66F36"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rPr>
      </w:pPr>
      <w:r w:rsidRPr="00F56BEF">
        <w:rPr>
          <w:rFonts w:ascii="Times New Roman" w:eastAsiaTheme="majorEastAsia" w:hAnsi="Times New Roman" w:cs="Times New Roman"/>
          <w:color w:val="000000" w:themeColor="text1"/>
          <w:sz w:val="24"/>
          <w:szCs w:val="24"/>
        </w:rPr>
        <w:t xml:space="preserve">Einer der </w:t>
      </w:r>
      <w:proofErr w:type="spellStart"/>
      <w:r w:rsidRPr="00F56BEF">
        <w:rPr>
          <w:rFonts w:ascii="Times New Roman" w:eastAsiaTheme="majorEastAsia" w:hAnsi="Times New Roman" w:cs="Times New Roman"/>
          <w:color w:val="000000" w:themeColor="text1"/>
          <w:sz w:val="24"/>
          <w:szCs w:val="24"/>
        </w:rPr>
        <w:t>zentralen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Höhepunkte</w:t>
      </w:r>
      <w:proofErr w:type="spellEnd"/>
      <w:r w:rsidRPr="00F56BEF">
        <w:rPr>
          <w:rFonts w:ascii="Times New Roman" w:eastAsiaTheme="majorEastAsia" w:hAnsi="Times New Roman" w:cs="Times New Roman"/>
          <w:color w:val="000000" w:themeColor="text1"/>
          <w:sz w:val="24"/>
          <w:szCs w:val="24"/>
        </w:rPr>
        <w:t xml:space="preserve"> des </w:t>
      </w:r>
      <w:proofErr w:type="spellStart"/>
      <w:r w:rsidRPr="00F56BEF">
        <w:rPr>
          <w:rFonts w:ascii="Times New Roman" w:eastAsiaTheme="majorEastAsia" w:hAnsi="Times New Roman" w:cs="Times New Roman"/>
          <w:color w:val="000000" w:themeColor="text1"/>
          <w:sz w:val="24"/>
          <w:szCs w:val="24"/>
        </w:rPr>
        <w:t>Projekts</w:t>
      </w:r>
      <w:proofErr w:type="spellEnd"/>
      <w:r w:rsidRPr="00F56BEF">
        <w:rPr>
          <w:rFonts w:ascii="Times New Roman" w:eastAsiaTheme="majorEastAsia" w:hAnsi="Times New Roman" w:cs="Times New Roman"/>
          <w:color w:val="000000" w:themeColor="text1"/>
          <w:sz w:val="24"/>
          <w:szCs w:val="24"/>
        </w:rPr>
        <w:t xml:space="preserve"> fand </w:t>
      </w:r>
      <w:proofErr w:type="spellStart"/>
      <w:r w:rsidRPr="00F56BEF">
        <w:rPr>
          <w:rFonts w:ascii="Times New Roman" w:eastAsiaTheme="majorEastAsia" w:hAnsi="Times New Roman" w:cs="Times New Roman"/>
          <w:color w:val="000000" w:themeColor="text1"/>
          <w:sz w:val="24"/>
          <w:szCs w:val="24"/>
        </w:rPr>
        <w:t>im</w:t>
      </w:r>
      <w:proofErr w:type="spellEnd"/>
      <w:r w:rsidRPr="00F56BEF">
        <w:rPr>
          <w:rFonts w:ascii="Times New Roman" w:eastAsiaTheme="majorEastAsia" w:hAnsi="Times New Roman" w:cs="Times New Roman"/>
          <w:color w:val="000000" w:themeColor="text1"/>
          <w:sz w:val="24"/>
          <w:szCs w:val="24"/>
        </w:rPr>
        <w:t xml:space="preserve"> April </w:t>
      </w:r>
      <w:proofErr w:type="spellStart"/>
      <w:r w:rsidRPr="00F56BEF">
        <w:rPr>
          <w:rFonts w:ascii="Times New Roman" w:eastAsiaTheme="majorEastAsia" w:hAnsi="Times New Roman" w:cs="Times New Roman"/>
          <w:color w:val="000000" w:themeColor="text1"/>
          <w:sz w:val="24"/>
          <w:szCs w:val="24"/>
        </w:rPr>
        <w:t>statt</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als</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sich</w:t>
      </w:r>
      <w:proofErr w:type="spellEnd"/>
      <w:r w:rsidRPr="00F56BEF">
        <w:rPr>
          <w:rFonts w:ascii="Times New Roman" w:eastAsiaTheme="majorEastAsia" w:hAnsi="Times New Roman" w:cs="Times New Roman"/>
          <w:color w:val="000000" w:themeColor="text1"/>
          <w:sz w:val="24"/>
          <w:szCs w:val="24"/>
        </w:rPr>
        <w:t xml:space="preserve"> </w:t>
      </w:r>
      <w:proofErr w:type="gramStart"/>
      <w:r w:rsidRPr="00F56BEF">
        <w:rPr>
          <w:rFonts w:ascii="Times New Roman" w:eastAsiaTheme="majorEastAsia" w:hAnsi="Times New Roman" w:cs="Times New Roman"/>
          <w:color w:val="000000" w:themeColor="text1"/>
          <w:sz w:val="24"/>
          <w:szCs w:val="24"/>
        </w:rPr>
        <w:t>die</w:t>
      </w:r>
      <w:proofErr w:type="gram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teilnehmenden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Schülerinnen</w:t>
      </w:r>
      <w:proofErr w:type="spellEnd"/>
      <w:r w:rsidRPr="00F56BEF">
        <w:rPr>
          <w:rFonts w:ascii="Times New Roman" w:eastAsiaTheme="majorEastAsia" w:hAnsi="Times New Roman" w:cs="Times New Roman"/>
          <w:color w:val="000000" w:themeColor="text1"/>
          <w:sz w:val="24"/>
          <w:szCs w:val="24"/>
        </w:rPr>
        <w:t xml:space="preserve"> und Schüler in Odense </w:t>
      </w:r>
      <w:proofErr w:type="spellStart"/>
      <w:r w:rsidRPr="00F56BEF">
        <w:rPr>
          <w:rFonts w:ascii="Times New Roman" w:eastAsiaTheme="majorEastAsia" w:hAnsi="Times New Roman" w:cs="Times New Roman"/>
          <w:color w:val="000000" w:themeColor="text1"/>
          <w:sz w:val="24"/>
          <w:szCs w:val="24"/>
        </w:rPr>
        <w:t>zum</w:t>
      </w:r>
      <w:proofErr w:type="spellEnd"/>
      <w:r w:rsidRPr="00F56BEF">
        <w:rPr>
          <w:rFonts w:ascii="Times New Roman" w:eastAsiaTheme="majorEastAsia" w:hAnsi="Times New Roman" w:cs="Times New Roman"/>
          <w:color w:val="000000" w:themeColor="text1"/>
          <w:sz w:val="24"/>
          <w:szCs w:val="24"/>
        </w:rPr>
        <w:t xml:space="preserve"> FUSION Climate Action Camp </w:t>
      </w:r>
      <w:proofErr w:type="spellStart"/>
      <w:r w:rsidRPr="00F56BEF">
        <w:rPr>
          <w:rFonts w:ascii="Times New Roman" w:eastAsiaTheme="majorEastAsia" w:hAnsi="Times New Roman" w:cs="Times New Roman"/>
          <w:color w:val="000000" w:themeColor="text1"/>
          <w:sz w:val="24"/>
          <w:szCs w:val="24"/>
        </w:rPr>
        <w:t>trafen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Im</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Laufe</w:t>
      </w:r>
      <w:proofErr w:type="spellEnd"/>
      <w:r w:rsidRPr="00F56BEF">
        <w:rPr>
          <w:rFonts w:ascii="Times New Roman" w:eastAsiaTheme="majorEastAsia" w:hAnsi="Times New Roman" w:cs="Times New Roman"/>
          <w:color w:val="000000" w:themeColor="text1"/>
          <w:sz w:val="24"/>
          <w:szCs w:val="24"/>
        </w:rPr>
        <w:t xml:space="preserve"> von </w:t>
      </w:r>
      <w:proofErr w:type="spellStart"/>
      <w:r w:rsidRPr="00F56BEF">
        <w:rPr>
          <w:rFonts w:ascii="Times New Roman" w:eastAsiaTheme="majorEastAsia" w:hAnsi="Times New Roman" w:cs="Times New Roman"/>
          <w:color w:val="000000" w:themeColor="text1"/>
          <w:sz w:val="24"/>
          <w:szCs w:val="24"/>
        </w:rPr>
        <w:t>zwei</w:t>
      </w:r>
      <w:proofErr w:type="spellEnd"/>
      <w:r w:rsidRPr="00F56BEF">
        <w:rPr>
          <w:rFonts w:ascii="Times New Roman" w:eastAsiaTheme="majorEastAsia" w:hAnsi="Times New Roman" w:cs="Times New Roman"/>
          <w:color w:val="000000" w:themeColor="text1"/>
          <w:sz w:val="24"/>
          <w:szCs w:val="24"/>
        </w:rPr>
        <w:t xml:space="preserve"> Tagen </w:t>
      </w:r>
      <w:proofErr w:type="spellStart"/>
      <w:r w:rsidRPr="00F56BEF">
        <w:rPr>
          <w:rFonts w:ascii="Times New Roman" w:eastAsiaTheme="majorEastAsia" w:hAnsi="Times New Roman" w:cs="Times New Roman"/>
          <w:color w:val="000000" w:themeColor="text1"/>
          <w:sz w:val="24"/>
          <w:szCs w:val="24"/>
        </w:rPr>
        <w:t>arbeiteten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sie</w:t>
      </w:r>
      <w:proofErr w:type="spellEnd"/>
      <w:r w:rsidRPr="00F56BEF">
        <w:rPr>
          <w:rFonts w:ascii="Times New Roman" w:eastAsiaTheme="majorEastAsia" w:hAnsi="Times New Roman" w:cs="Times New Roman"/>
          <w:color w:val="000000" w:themeColor="text1"/>
          <w:sz w:val="24"/>
          <w:szCs w:val="24"/>
        </w:rPr>
        <w:t xml:space="preserve"> in </w:t>
      </w:r>
      <w:proofErr w:type="spellStart"/>
      <w:r w:rsidRPr="00F56BEF">
        <w:rPr>
          <w:rFonts w:ascii="Times New Roman" w:eastAsiaTheme="majorEastAsia" w:hAnsi="Times New Roman" w:cs="Times New Roman"/>
          <w:color w:val="000000" w:themeColor="text1"/>
          <w:sz w:val="24"/>
          <w:szCs w:val="24"/>
        </w:rPr>
        <w:t>deutsch-dänischen</w:t>
      </w:r>
      <w:proofErr w:type="spellEnd"/>
      <w:r w:rsidRPr="00F56BEF">
        <w:rPr>
          <w:rFonts w:ascii="Times New Roman" w:eastAsiaTheme="majorEastAsia" w:hAnsi="Times New Roman" w:cs="Times New Roman"/>
          <w:color w:val="000000" w:themeColor="text1"/>
          <w:sz w:val="24"/>
          <w:szCs w:val="24"/>
        </w:rPr>
        <w:t xml:space="preserve"> Teams, </w:t>
      </w:r>
      <w:proofErr w:type="spellStart"/>
      <w:r w:rsidRPr="00F56BEF">
        <w:rPr>
          <w:rFonts w:ascii="Times New Roman" w:eastAsiaTheme="majorEastAsia" w:hAnsi="Times New Roman" w:cs="Times New Roman"/>
          <w:color w:val="000000" w:themeColor="text1"/>
          <w:sz w:val="24"/>
          <w:szCs w:val="24"/>
        </w:rPr>
        <w:t>erkundeten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mögliche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Klimazukünfte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durch</w:t>
      </w:r>
      <w:proofErr w:type="spellEnd"/>
      <w:r w:rsidRPr="00F56BEF">
        <w:rPr>
          <w:rFonts w:ascii="Times New Roman" w:eastAsiaTheme="majorEastAsia" w:hAnsi="Times New Roman" w:cs="Times New Roman"/>
          <w:color w:val="000000" w:themeColor="text1"/>
          <w:sz w:val="24"/>
          <w:szCs w:val="24"/>
        </w:rPr>
        <w:t xml:space="preserve"> Improvisation und </w:t>
      </w:r>
      <w:proofErr w:type="spellStart"/>
      <w:r w:rsidRPr="00F56BEF">
        <w:rPr>
          <w:rFonts w:ascii="Times New Roman" w:eastAsiaTheme="majorEastAsia" w:hAnsi="Times New Roman" w:cs="Times New Roman"/>
          <w:color w:val="000000" w:themeColor="text1"/>
          <w:sz w:val="24"/>
          <w:szCs w:val="24"/>
        </w:rPr>
        <w:t>entwickelten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persönliche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Zukunftsberufsprofile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sowie</w:t>
      </w:r>
      <w:proofErr w:type="spellEnd"/>
      <w:r w:rsidRPr="00F56BEF">
        <w:rPr>
          <w:rFonts w:ascii="Times New Roman" w:eastAsiaTheme="majorEastAsia" w:hAnsi="Times New Roman" w:cs="Times New Roman"/>
          <w:color w:val="000000" w:themeColor="text1"/>
          <w:sz w:val="24"/>
          <w:szCs w:val="24"/>
        </w:rPr>
        <w:t xml:space="preserve"> Ideen für </w:t>
      </w:r>
      <w:proofErr w:type="spellStart"/>
      <w:r w:rsidRPr="00F56BEF">
        <w:rPr>
          <w:rFonts w:ascii="Times New Roman" w:eastAsiaTheme="majorEastAsia" w:hAnsi="Times New Roman" w:cs="Times New Roman"/>
          <w:color w:val="000000" w:themeColor="text1"/>
          <w:sz w:val="24"/>
          <w:szCs w:val="24"/>
        </w:rPr>
        <w:t>individuelles</w:t>
      </w:r>
      <w:proofErr w:type="spellEnd"/>
      <w:r w:rsidRPr="00F56BEF">
        <w:rPr>
          <w:rFonts w:ascii="Times New Roman" w:eastAsiaTheme="majorEastAsia" w:hAnsi="Times New Roman" w:cs="Times New Roman"/>
          <w:color w:val="000000" w:themeColor="text1"/>
          <w:sz w:val="24"/>
          <w:szCs w:val="24"/>
        </w:rPr>
        <w:t xml:space="preserve"> und </w:t>
      </w:r>
      <w:proofErr w:type="spellStart"/>
      <w:r w:rsidRPr="00F56BEF">
        <w:rPr>
          <w:rFonts w:ascii="Times New Roman" w:eastAsiaTheme="majorEastAsia" w:hAnsi="Times New Roman" w:cs="Times New Roman"/>
          <w:color w:val="000000" w:themeColor="text1"/>
          <w:sz w:val="24"/>
          <w:szCs w:val="24"/>
        </w:rPr>
        <w:t>gemeinschaftliches</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Klimahandeln</w:t>
      </w:r>
      <w:proofErr w:type="spellEnd"/>
      <w:r w:rsidRPr="00F56BEF">
        <w:rPr>
          <w:rFonts w:ascii="Times New Roman" w:eastAsiaTheme="majorEastAsia" w:hAnsi="Times New Roman" w:cs="Times New Roman"/>
          <w:color w:val="000000" w:themeColor="text1"/>
          <w:sz w:val="24"/>
          <w:szCs w:val="24"/>
        </w:rPr>
        <w:t>.</w:t>
      </w:r>
    </w:p>
    <w:p w14:paraId="06687587" w14:textId="77777777" w:rsidR="00A66F36" w:rsidRPr="00F56BEF" w:rsidRDefault="00A66F36"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rPr>
      </w:pPr>
      <w:r w:rsidRPr="00F56BEF">
        <w:rPr>
          <w:rFonts w:ascii="Times New Roman" w:eastAsiaTheme="majorEastAsia" w:hAnsi="Times New Roman" w:cs="Times New Roman"/>
          <w:color w:val="000000" w:themeColor="text1"/>
          <w:sz w:val="24"/>
          <w:szCs w:val="24"/>
        </w:rPr>
        <w:t xml:space="preserve">FUSION </w:t>
      </w:r>
      <w:proofErr w:type="spellStart"/>
      <w:r w:rsidRPr="00F56BEF">
        <w:rPr>
          <w:rFonts w:ascii="Times New Roman" w:eastAsiaTheme="majorEastAsia" w:hAnsi="Times New Roman" w:cs="Times New Roman"/>
          <w:color w:val="000000" w:themeColor="text1"/>
          <w:sz w:val="24"/>
          <w:szCs w:val="24"/>
        </w:rPr>
        <w:t>ist</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eine</w:t>
      </w:r>
      <w:proofErr w:type="spellEnd"/>
      <w:r w:rsidRPr="00F56BEF">
        <w:rPr>
          <w:rFonts w:ascii="Times New Roman" w:eastAsiaTheme="majorEastAsia" w:hAnsi="Times New Roman" w:cs="Times New Roman"/>
          <w:color w:val="000000" w:themeColor="text1"/>
          <w:sz w:val="24"/>
          <w:szCs w:val="24"/>
        </w:rPr>
        <w:t xml:space="preserve"> Zusammenarbeit </w:t>
      </w:r>
      <w:proofErr w:type="spellStart"/>
      <w:r w:rsidRPr="00F56BEF">
        <w:rPr>
          <w:rFonts w:ascii="Times New Roman" w:eastAsiaTheme="majorEastAsia" w:hAnsi="Times New Roman" w:cs="Times New Roman"/>
          <w:color w:val="000000" w:themeColor="text1"/>
          <w:sz w:val="24"/>
          <w:szCs w:val="24"/>
        </w:rPr>
        <w:t>zwischen</w:t>
      </w:r>
      <w:proofErr w:type="spellEnd"/>
      <w:r w:rsidRPr="00F56BEF">
        <w:rPr>
          <w:rFonts w:ascii="Times New Roman" w:eastAsiaTheme="majorEastAsia" w:hAnsi="Times New Roman" w:cs="Times New Roman"/>
          <w:color w:val="000000" w:themeColor="text1"/>
          <w:sz w:val="24"/>
          <w:szCs w:val="24"/>
        </w:rPr>
        <w:t xml:space="preserve"> der </w:t>
      </w:r>
      <w:proofErr w:type="spellStart"/>
      <w:r w:rsidRPr="00F56BEF">
        <w:rPr>
          <w:rFonts w:ascii="Times New Roman" w:eastAsiaTheme="majorEastAsia" w:hAnsi="Times New Roman" w:cs="Times New Roman"/>
          <w:color w:val="000000" w:themeColor="text1"/>
          <w:sz w:val="24"/>
          <w:szCs w:val="24"/>
        </w:rPr>
        <w:t>Süddänischen</w:t>
      </w:r>
      <w:proofErr w:type="spellEnd"/>
      <w:r w:rsidRPr="00F56BEF">
        <w:rPr>
          <w:rFonts w:ascii="Times New Roman" w:eastAsiaTheme="majorEastAsia" w:hAnsi="Times New Roman" w:cs="Times New Roman"/>
          <w:color w:val="000000" w:themeColor="text1"/>
          <w:sz w:val="24"/>
          <w:szCs w:val="24"/>
        </w:rPr>
        <w:t xml:space="preserve"> Universität (SDU), der Christian-</w:t>
      </w:r>
      <w:proofErr w:type="spellStart"/>
      <w:r w:rsidRPr="00F56BEF">
        <w:rPr>
          <w:rFonts w:ascii="Times New Roman" w:eastAsiaTheme="majorEastAsia" w:hAnsi="Times New Roman" w:cs="Times New Roman"/>
          <w:color w:val="000000" w:themeColor="text1"/>
          <w:sz w:val="24"/>
          <w:szCs w:val="24"/>
        </w:rPr>
        <w:t>Albrechts</w:t>
      </w:r>
      <w:proofErr w:type="spellEnd"/>
      <w:r w:rsidRPr="00F56BEF">
        <w:rPr>
          <w:rFonts w:ascii="Times New Roman" w:eastAsiaTheme="majorEastAsia" w:hAnsi="Times New Roman" w:cs="Times New Roman"/>
          <w:color w:val="000000" w:themeColor="text1"/>
          <w:sz w:val="24"/>
          <w:szCs w:val="24"/>
        </w:rPr>
        <w:t xml:space="preserve">-Universität </w:t>
      </w:r>
      <w:proofErr w:type="spellStart"/>
      <w:r w:rsidRPr="00F56BEF">
        <w:rPr>
          <w:rFonts w:ascii="Times New Roman" w:eastAsiaTheme="majorEastAsia" w:hAnsi="Times New Roman" w:cs="Times New Roman"/>
          <w:color w:val="000000" w:themeColor="text1"/>
          <w:sz w:val="24"/>
          <w:szCs w:val="24"/>
        </w:rPr>
        <w:t>zu</w:t>
      </w:r>
      <w:proofErr w:type="spellEnd"/>
      <w:r w:rsidRPr="00F56BEF">
        <w:rPr>
          <w:rFonts w:ascii="Times New Roman" w:eastAsiaTheme="majorEastAsia" w:hAnsi="Times New Roman" w:cs="Times New Roman"/>
          <w:color w:val="000000" w:themeColor="text1"/>
          <w:sz w:val="24"/>
          <w:szCs w:val="24"/>
        </w:rPr>
        <w:t xml:space="preserve"> Kiel und </w:t>
      </w:r>
      <w:proofErr w:type="spellStart"/>
      <w:r w:rsidRPr="00F56BEF">
        <w:rPr>
          <w:rFonts w:ascii="Times New Roman" w:eastAsiaTheme="majorEastAsia" w:hAnsi="Times New Roman" w:cs="Times New Roman"/>
          <w:color w:val="000000" w:themeColor="text1"/>
          <w:sz w:val="24"/>
          <w:szCs w:val="24"/>
        </w:rPr>
        <w:t>sieben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Partnergymnasien</w:t>
      </w:r>
      <w:proofErr w:type="spellEnd"/>
      <w:r w:rsidRPr="00F56BEF">
        <w:rPr>
          <w:rFonts w:ascii="Times New Roman" w:eastAsiaTheme="majorEastAsia" w:hAnsi="Times New Roman" w:cs="Times New Roman"/>
          <w:color w:val="000000" w:themeColor="text1"/>
          <w:sz w:val="24"/>
          <w:szCs w:val="24"/>
        </w:rPr>
        <w:t xml:space="preserve"> in der </w:t>
      </w:r>
      <w:proofErr w:type="spellStart"/>
      <w:r w:rsidRPr="00F56BEF">
        <w:rPr>
          <w:rFonts w:ascii="Times New Roman" w:eastAsiaTheme="majorEastAsia" w:hAnsi="Times New Roman" w:cs="Times New Roman"/>
          <w:color w:val="000000" w:themeColor="text1"/>
          <w:sz w:val="24"/>
          <w:szCs w:val="24"/>
        </w:rPr>
        <w:t>deutsch-dänischen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Grenzregion</w:t>
      </w:r>
      <w:proofErr w:type="spellEnd"/>
      <w:r w:rsidRPr="00F56BEF">
        <w:rPr>
          <w:rFonts w:ascii="Times New Roman" w:eastAsiaTheme="majorEastAsia" w:hAnsi="Times New Roman" w:cs="Times New Roman"/>
          <w:color w:val="000000" w:themeColor="text1"/>
          <w:sz w:val="24"/>
          <w:szCs w:val="24"/>
        </w:rPr>
        <w:t xml:space="preserve">. Das Projekt </w:t>
      </w:r>
      <w:proofErr w:type="spellStart"/>
      <w:r w:rsidRPr="00F56BEF">
        <w:rPr>
          <w:rFonts w:ascii="Times New Roman" w:eastAsiaTheme="majorEastAsia" w:hAnsi="Times New Roman" w:cs="Times New Roman"/>
          <w:color w:val="000000" w:themeColor="text1"/>
          <w:sz w:val="24"/>
          <w:szCs w:val="24"/>
        </w:rPr>
        <w:t>verbindet</w:t>
      </w:r>
      <w:proofErr w:type="spellEnd"/>
      <w:r w:rsidRPr="00F56BEF">
        <w:rPr>
          <w:rFonts w:ascii="Times New Roman" w:eastAsiaTheme="majorEastAsia" w:hAnsi="Times New Roman" w:cs="Times New Roman"/>
          <w:color w:val="000000" w:themeColor="text1"/>
          <w:sz w:val="24"/>
          <w:szCs w:val="24"/>
        </w:rPr>
        <w:t xml:space="preserve"> Climate Fiction, Citizen Science, </w:t>
      </w:r>
      <w:proofErr w:type="spellStart"/>
      <w:r w:rsidRPr="00F56BEF">
        <w:rPr>
          <w:rFonts w:ascii="Times New Roman" w:eastAsiaTheme="majorEastAsia" w:hAnsi="Times New Roman" w:cs="Times New Roman"/>
          <w:color w:val="000000" w:themeColor="text1"/>
          <w:sz w:val="24"/>
          <w:szCs w:val="24"/>
        </w:rPr>
        <w:t>Improvisationstheater</w:t>
      </w:r>
      <w:proofErr w:type="spellEnd"/>
      <w:r w:rsidRPr="00F56BEF">
        <w:rPr>
          <w:rFonts w:ascii="Times New Roman" w:eastAsiaTheme="majorEastAsia" w:hAnsi="Times New Roman" w:cs="Times New Roman"/>
          <w:color w:val="000000" w:themeColor="text1"/>
          <w:sz w:val="24"/>
          <w:szCs w:val="24"/>
        </w:rPr>
        <w:t xml:space="preserve"> und </w:t>
      </w:r>
      <w:proofErr w:type="spellStart"/>
      <w:r w:rsidRPr="00F56BEF">
        <w:rPr>
          <w:rFonts w:ascii="Times New Roman" w:eastAsiaTheme="majorEastAsia" w:hAnsi="Times New Roman" w:cs="Times New Roman"/>
          <w:color w:val="000000" w:themeColor="text1"/>
          <w:sz w:val="24"/>
          <w:szCs w:val="24"/>
        </w:rPr>
        <w:t>Zukunftsdenken</w:t>
      </w:r>
      <w:proofErr w:type="spellEnd"/>
      <w:r w:rsidRPr="00F56BEF">
        <w:rPr>
          <w:rFonts w:ascii="Times New Roman" w:eastAsiaTheme="majorEastAsia" w:hAnsi="Times New Roman" w:cs="Times New Roman"/>
          <w:color w:val="000000" w:themeColor="text1"/>
          <w:sz w:val="24"/>
          <w:szCs w:val="24"/>
        </w:rPr>
        <w:t xml:space="preserve">, um </w:t>
      </w:r>
      <w:proofErr w:type="spellStart"/>
      <w:r w:rsidRPr="00F56BEF">
        <w:rPr>
          <w:rFonts w:ascii="Times New Roman" w:eastAsiaTheme="majorEastAsia" w:hAnsi="Times New Roman" w:cs="Times New Roman"/>
          <w:color w:val="000000" w:themeColor="text1"/>
          <w:sz w:val="24"/>
          <w:szCs w:val="24"/>
        </w:rPr>
        <w:t>jungen</w:t>
      </w:r>
      <w:proofErr w:type="spellEnd"/>
      <w:r w:rsidRPr="00F56BEF">
        <w:rPr>
          <w:rFonts w:ascii="Times New Roman" w:eastAsiaTheme="majorEastAsia" w:hAnsi="Times New Roman" w:cs="Times New Roman"/>
          <w:color w:val="000000" w:themeColor="text1"/>
          <w:sz w:val="24"/>
          <w:szCs w:val="24"/>
        </w:rPr>
        <w:t xml:space="preserve"> Menschen </w:t>
      </w:r>
      <w:proofErr w:type="spellStart"/>
      <w:r w:rsidRPr="00F56BEF">
        <w:rPr>
          <w:rFonts w:ascii="Times New Roman" w:eastAsiaTheme="majorEastAsia" w:hAnsi="Times New Roman" w:cs="Times New Roman"/>
          <w:color w:val="000000" w:themeColor="text1"/>
          <w:sz w:val="24"/>
          <w:szCs w:val="24"/>
        </w:rPr>
        <w:t>neue</w:t>
      </w:r>
      <w:proofErr w:type="spellEnd"/>
      <w:r w:rsidRPr="00F56BEF">
        <w:rPr>
          <w:rFonts w:ascii="Times New Roman" w:eastAsiaTheme="majorEastAsia" w:hAnsi="Times New Roman" w:cs="Times New Roman"/>
          <w:color w:val="000000" w:themeColor="text1"/>
          <w:sz w:val="24"/>
          <w:szCs w:val="24"/>
        </w:rPr>
        <w:t xml:space="preserve"> Wege </w:t>
      </w:r>
      <w:proofErr w:type="spellStart"/>
      <w:r w:rsidRPr="00F56BEF">
        <w:rPr>
          <w:rFonts w:ascii="Times New Roman" w:eastAsiaTheme="majorEastAsia" w:hAnsi="Times New Roman" w:cs="Times New Roman"/>
          <w:color w:val="000000" w:themeColor="text1"/>
          <w:sz w:val="24"/>
          <w:szCs w:val="24"/>
        </w:rPr>
        <w:t>im</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Umgang</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mit</w:t>
      </w:r>
      <w:proofErr w:type="spellEnd"/>
      <w:r w:rsidRPr="00F56BEF">
        <w:rPr>
          <w:rFonts w:ascii="Times New Roman" w:eastAsiaTheme="majorEastAsia" w:hAnsi="Times New Roman" w:cs="Times New Roman"/>
          <w:color w:val="000000" w:themeColor="text1"/>
          <w:sz w:val="24"/>
          <w:szCs w:val="24"/>
        </w:rPr>
        <w:t xml:space="preserve"> dem </w:t>
      </w:r>
      <w:proofErr w:type="spellStart"/>
      <w:r w:rsidRPr="00F56BEF">
        <w:rPr>
          <w:rFonts w:ascii="Times New Roman" w:eastAsiaTheme="majorEastAsia" w:hAnsi="Times New Roman" w:cs="Times New Roman"/>
          <w:color w:val="000000" w:themeColor="text1"/>
          <w:sz w:val="24"/>
          <w:szCs w:val="24"/>
        </w:rPr>
        <w:t>Klimawandel</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zu</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eröffnen</w:t>
      </w:r>
      <w:proofErr w:type="spellEnd"/>
      <w:r w:rsidRPr="00F56BEF">
        <w:rPr>
          <w:rFonts w:ascii="Times New Roman" w:eastAsiaTheme="majorEastAsia" w:hAnsi="Times New Roman" w:cs="Times New Roman"/>
          <w:color w:val="000000" w:themeColor="text1"/>
          <w:sz w:val="24"/>
          <w:szCs w:val="24"/>
        </w:rPr>
        <w:t xml:space="preserve"> – </w:t>
      </w:r>
      <w:proofErr w:type="spellStart"/>
      <w:r w:rsidRPr="00F56BEF">
        <w:rPr>
          <w:rFonts w:ascii="Times New Roman" w:eastAsiaTheme="majorEastAsia" w:hAnsi="Times New Roman" w:cs="Times New Roman"/>
          <w:color w:val="000000" w:themeColor="text1"/>
          <w:sz w:val="24"/>
          <w:szCs w:val="24"/>
        </w:rPr>
        <w:t>mit</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einem</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besonderen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Fokus</w:t>
      </w:r>
      <w:proofErr w:type="spellEnd"/>
      <w:r w:rsidRPr="00F56BEF">
        <w:rPr>
          <w:rFonts w:ascii="Times New Roman" w:eastAsiaTheme="majorEastAsia" w:hAnsi="Times New Roman" w:cs="Times New Roman"/>
          <w:color w:val="000000" w:themeColor="text1"/>
          <w:sz w:val="24"/>
          <w:szCs w:val="24"/>
        </w:rPr>
        <w:t xml:space="preserve"> auf </w:t>
      </w:r>
      <w:proofErr w:type="spellStart"/>
      <w:r w:rsidRPr="00F56BEF">
        <w:rPr>
          <w:rFonts w:ascii="Times New Roman" w:eastAsiaTheme="majorEastAsia" w:hAnsi="Times New Roman" w:cs="Times New Roman"/>
          <w:color w:val="000000" w:themeColor="text1"/>
          <w:sz w:val="24"/>
          <w:szCs w:val="24"/>
        </w:rPr>
        <w:t>Reflexion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Kreativität</w:t>
      </w:r>
      <w:proofErr w:type="spellEnd"/>
      <w:r w:rsidRPr="00F56BEF">
        <w:rPr>
          <w:rFonts w:ascii="Times New Roman" w:eastAsiaTheme="majorEastAsia" w:hAnsi="Times New Roman" w:cs="Times New Roman"/>
          <w:color w:val="000000" w:themeColor="text1"/>
          <w:sz w:val="24"/>
          <w:szCs w:val="24"/>
        </w:rPr>
        <w:t xml:space="preserve"> und </w:t>
      </w:r>
      <w:proofErr w:type="spellStart"/>
      <w:r w:rsidRPr="00F56BEF">
        <w:rPr>
          <w:rFonts w:ascii="Times New Roman" w:eastAsiaTheme="majorEastAsia" w:hAnsi="Times New Roman" w:cs="Times New Roman"/>
          <w:color w:val="000000" w:themeColor="text1"/>
          <w:sz w:val="24"/>
          <w:szCs w:val="24"/>
        </w:rPr>
        <w:t>Handlungsfähigkeit</w:t>
      </w:r>
      <w:proofErr w:type="spellEnd"/>
      <w:r w:rsidRPr="00F56BEF">
        <w:rPr>
          <w:rFonts w:ascii="Times New Roman" w:eastAsiaTheme="majorEastAsia" w:hAnsi="Times New Roman" w:cs="Times New Roman"/>
          <w:color w:val="000000" w:themeColor="text1"/>
          <w:sz w:val="24"/>
          <w:szCs w:val="24"/>
        </w:rPr>
        <w:t>.</w:t>
      </w:r>
    </w:p>
    <w:p w14:paraId="7071639A" w14:textId="77777777" w:rsidR="00A66F36" w:rsidRPr="00F56BEF" w:rsidRDefault="00A66F36"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lang w:val="da-DK"/>
        </w:rPr>
      </w:pPr>
      <w:r w:rsidRPr="00F56BEF">
        <w:rPr>
          <w:rFonts w:ascii="Times New Roman" w:eastAsiaTheme="majorEastAsia" w:hAnsi="Times New Roman" w:cs="Times New Roman"/>
          <w:color w:val="000000" w:themeColor="text1"/>
          <w:sz w:val="24"/>
          <w:szCs w:val="24"/>
          <w:lang w:val="da-DK"/>
        </w:rPr>
        <w:t xml:space="preserve">Das Projekt </w:t>
      </w:r>
      <w:proofErr w:type="spellStart"/>
      <w:r w:rsidRPr="00F56BEF">
        <w:rPr>
          <w:rFonts w:ascii="Times New Roman" w:eastAsiaTheme="majorEastAsia" w:hAnsi="Times New Roman" w:cs="Times New Roman"/>
          <w:color w:val="000000" w:themeColor="text1"/>
          <w:sz w:val="24"/>
          <w:szCs w:val="24"/>
          <w:lang w:val="da-DK"/>
        </w:rPr>
        <w:t>begann</w:t>
      </w:r>
      <w:proofErr w:type="spellEnd"/>
      <w:r w:rsidRPr="00F56BEF">
        <w:rPr>
          <w:rFonts w:ascii="Times New Roman" w:eastAsiaTheme="majorEastAsia" w:hAnsi="Times New Roman" w:cs="Times New Roman"/>
          <w:color w:val="000000" w:themeColor="text1"/>
          <w:sz w:val="24"/>
          <w:szCs w:val="24"/>
          <w:lang w:val="da-DK"/>
        </w:rPr>
        <w:t xml:space="preserve"> Ende 2025 mit </w:t>
      </w:r>
      <w:proofErr w:type="spellStart"/>
      <w:r w:rsidRPr="00F56BEF">
        <w:rPr>
          <w:rFonts w:ascii="Times New Roman" w:eastAsiaTheme="majorEastAsia" w:hAnsi="Times New Roman" w:cs="Times New Roman"/>
          <w:color w:val="000000" w:themeColor="text1"/>
          <w:sz w:val="24"/>
          <w:szCs w:val="24"/>
          <w:lang w:val="da-DK"/>
        </w:rPr>
        <w:t>Auftaktveranstaltungen</w:t>
      </w:r>
      <w:proofErr w:type="spellEnd"/>
      <w:r w:rsidRPr="00F56BEF">
        <w:rPr>
          <w:rFonts w:ascii="Times New Roman" w:eastAsiaTheme="majorEastAsia" w:hAnsi="Times New Roman" w:cs="Times New Roman"/>
          <w:color w:val="000000" w:themeColor="text1"/>
          <w:sz w:val="24"/>
          <w:szCs w:val="24"/>
          <w:lang w:val="da-DK"/>
        </w:rPr>
        <w:t xml:space="preserve"> in </w:t>
      </w:r>
      <w:proofErr w:type="spellStart"/>
      <w:r w:rsidRPr="00F56BEF">
        <w:rPr>
          <w:rFonts w:ascii="Times New Roman" w:eastAsiaTheme="majorEastAsia" w:hAnsi="Times New Roman" w:cs="Times New Roman"/>
          <w:color w:val="000000" w:themeColor="text1"/>
          <w:sz w:val="24"/>
          <w:szCs w:val="24"/>
          <w:lang w:val="da-DK"/>
        </w:rPr>
        <w:t>Dänemark</w:t>
      </w:r>
      <w:proofErr w:type="spellEnd"/>
      <w:r w:rsidRPr="00F56BEF">
        <w:rPr>
          <w:rFonts w:ascii="Times New Roman" w:eastAsiaTheme="majorEastAsia" w:hAnsi="Times New Roman" w:cs="Times New Roman"/>
          <w:color w:val="000000" w:themeColor="text1"/>
          <w:sz w:val="24"/>
          <w:szCs w:val="24"/>
          <w:lang w:val="da-DK"/>
        </w:rPr>
        <w:t xml:space="preserve"> und Deutschland, </w:t>
      </w:r>
      <w:proofErr w:type="spellStart"/>
      <w:r w:rsidRPr="00F56BEF">
        <w:rPr>
          <w:rFonts w:ascii="Times New Roman" w:eastAsiaTheme="majorEastAsia" w:hAnsi="Times New Roman" w:cs="Times New Roman"/>
          <w:color w:val="000000" w:themeColor="text1"/>
          <w:sz w:val="24"/>
          <w:szCs w:val="24"/>
          <w:lang w:val="da-DK"/>
        </w:rPr>
        <w:t>bei</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denen</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Schülerinnen</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Schüler</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zunächst</w:t>
      </w:r>
      <w:proofErr w:type="spellEnd"/>
      <w:r w:rsidRPr="00F56BEF">
        <w:rPr>
          <w:rFonts w:ascii="Times New Roman" w:eastAsiaTheme="majorEastAsia" w:hAnsi="Times New Roman" w:cs="Times New Roman"/>
          <w:color w:val="000000" w:themeColor="text1"/>
          <w:sz w:val="24"/>
          <w:szCs w:val="24"/>
          <w:lang w:val="da-DK"/>
        </w:rPr>
        <w:t xml:space="preserve"> in </w:t>
      </w:r>
      <w:proofErr w:type="spellStart"/>
      <w:r w:rsidRPr="00F56BEF">
        <w:rPr>
          <w:rFonts w:ascii="Times New Roman" w:eastAsiaTheme="majorEastAsia" w:hAnsi="Times New Roman" w:cs="Times New Roman"/>
          <w:color w:val="000000" w:themeColor="text1"/>
          <w:sz w:val="24"/>
          <w:szCs w:val="24"/>
          <w:lang w:val="da-DK"/>
        </w:rPr>
        <w:t>ihren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nationalen</w:t>
      </w:r>
      <w:proofErr w:type="spellEnd"/>
      <w:r w:rsidRPr="00F56BEF">
        <w:rPr>
          <w:rFonts w:ascii="Times New Roman" w:eastAsiaTheme="majorEastAsia" w:hAnsi="Times New Roman" w:cs="Times New Roman"/>
          <w:color w:val="000000" w:themeColor="text1"/>
          <w:sz w:val="24"/>
          <w:szCs w:val="24"/>
          <w:lang w:val="da-DK"/>
        </w:rPr>
        <w:t xml:space="preserve"> Gruppen </w:t>
      </w:r>
      <w:proofErr w:type="spellStart"/>
      <w:r w:rsidRPr="00F56BEF">
        <w:rPr>
          <w:rFonts w:ascii="Times New Roman" w:eastAsiaTheme="majorEastAsia" w:hAnsi="Times New Roman" w:cs="Times New Roman"/>
          <w:color w:val="000000" w:themeColor="text1"/>
          <w:sz w:val="24"/>
          <w:szCs w:val="24"/>
          <w:lang w:val="da-DK"/>
        </w:rPr>
        <w:t>zusammenkamen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Dort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verfassten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sie</w:t>
      </w:r>
      <w:proofErr w:type="spellEnd"/>
      <w:r w:rsidRPr="00F56BEF">
        <w:rPr>
          <w:rFonts w:ascii="Times New Roman" w:eastAsiaTheme="majorEastAsia" w:hAnsi="Times New Roman" w:cs="Times New Roman"/>
          <w:color w:val="000000" w:themeColor="text1"/>
          <w:sz w:val="24"/>
          <w:szCs w:val="24"/>
          <w:lang w:val="da-DK"/>
        </w:rPr>
        <w:t xml:space="preserve"> unter </w:t>
      </w:r>
      <w:proofErr w:type="spellStart"/>
      <w:r w:rsidRPr="00F56BEF">
        <w:rPr>
          <w:rFonts w:ascii="Times New Roman" w:eastAsiaTheme="majorEastAsia" w:hAnsi="Times New Roman" w:cs="Times New Roman"/>
          <w:color w:val="000000" w:themeColor="text1"/>
          <w:sz w:val="24"/>
          <w:szCs w:val="24"/>
          <w:lang w:val="da-DK"/>
        </w:rPr>
        <w:t>Zeitdruck</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kurze</w:t>
      </w:r>
      <w:proofErr w:type="spellEnd"/>
      <w:r w:rsidRPr="00F56BEF">
        <w:rPr>
          <w:rFonts w:ascii="Times New Roman" w:eastAsiaTheme="majorEastAsia" w:hAnsi="Times New Roman" w:cs="Times New Roman"/>
          <w:color w:val="000000" w:themeColor="text1"/>
          <w:sz w:val="24"/>
          <w:szCs w:val="24"/>
          <w:lang w:val="da-DK"/>
        </w:rPr>
        <w:t xml:space="preserve"> Flash-Fiction-</w:t>
      </w:r>
      <w:proofErr w:type="spellStart"/>
      <w:r w:rsidRPr="00F56BEF">
        <w:rPr>
          <w:rFonts w:ascii="Times New Roman" w:eastAsiaTheme="majorEastAsia" w:hAnsi="Times New Roman" w:cs="Times New Roman"/>
          <w:color w:val="000000" w:themeColor="text1"/>
          <w:sz w:val="24"/>
          <w:szCs w:val="24"/>
          <w:lang w:val="da-DK"/>
        </w:rPr>
        <w:t>Texte</w:t>
      </w:r>
      <w:proofErr w:type="spellEnd"/>
      <w:r w:rsidRPr="00F56BEF">
        <w:rPr>
          <w:rFonts w:ascii="Times New Roman" w:eastAsiaTheme="majorEastAsia" w:hAnsi="Times New Roman" w:cs="Times New Roman"/>
          <w:color w:val="000000" w:themeColor="text1"/>
          <w:sz w:val="24"/>
          <w:szCs w:val="24"/>
          <w:lang w:val="da-DK"/>
        </w:rPr>
        <w:t xml:space="preserve">, in </w:t>
      </w:r>
      <w:proofErr w:type="spellStart"/>
      <w:r w:rsidRPr="00F56BEF">
        <w:rPr>
          <w:rFonts w:ascii="Times New Roman" w:eastAsiaTheme="majorEastAsia" w:hAnsi="Times New Roman" w:cs="Times New Roman"/>
          <w:color w:val="000000" w:themeColor="text1"/>
          <w:sz w:val="24"/>
          <w:szCs w:val="24"/>
          <w:lang w:val="da-DK"/>
        </w:rPr>
        <w:t>denen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sie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sich</w:t>
      </w:r>
      <w:proofErr w:type="spellEnd"/>
      <w:r w:rsidRPr="00F56BEF">
        <w:rPr>
          <w:rFonts w:ascii="Times New Roman" w:eastAsiaTheme="majorEastAsia" w:hAnsi="Times New Roman" w:cs="Times New Roman"/>
          <w:color w:val="000000" w:themeColor="text1"/>
          <w:sz w:val="24"/>
          <w:szCs w:val="24"/>
          <w:lang w:val="da-DK"/>
        </w:rPr>
        <w:t xml:space="preserve"> den </w:t>
      </w:r>
      <w:proofErr w:type="spellStart"/>
      <w:r w:rsidRPr="00F56BEF">
        <w:rPr>
          <w:rFonts w:ascii="Times New Roman" w:eastAsiaTheme="majorEastAsia" w:hAnsi="Times New Roman" w:cs="Times New Roman"/>
          <w:color w:val="000000" w:themeColor="text1"/>
          <w:sz w:val="24"/>
          <w:szCs w:val="24"/>
          <w:lang w:val="da-DK"/>
        </w:rPr>
        <w:t>Alltag</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im</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Jahr</w:t>
      </w:r>
      <w:proofErr w:type="spellEnd"/>
      <w:r w:rsidRPr="00F56BEF">
        <w:rPr>
          <w:rFonts w:ascii="Times New Roman" w:eastAsiaTheme="majorEastAsia" w:hAnsi="Times New Roman" w:cs="Times New Roman"/>
          <w:color w:val="000000" w:themeColor="text1"/>
          <w:sz w:val="24"/>
          <w:szCs w:val="24"/>
          <w:lang w:val="da-DK"/>
        </w:rPr>
        <w:t xml:space="preserve"> 2066 </w:t>
      </w:r>
      <w:proofErr w:type="spellStart"/>
      <w:r w:rsidRPr="00F56BEF">
        <w:rPr>
          <w:rFonts w:ascii="Times New Roman" w:eastAsiaTheme="majorEastAsia" w:hAnsi="Times New Roman" w:cs="Times New Roman"/>
          <w:color w:val="000000" w:themeColor="text1"/>
          <w:sz w:val="24"/>
          <w:szCs w:val="24"/>
          <w:lang w:val="da-DK"/>
        </w:rPr>
        <w:t>vorstellten</w:t>
      </w:r>
      <w:proofErr w:type="spellEnd"/>
      <w:r w:rsidRPr="00F56BEF">
        <w:rPr>
          <w:rFonts w:ascii="Times New Roman" w:eastAsiaTheme="majorEastAsia" w:hAnsi="Times New Roman" w:cs="Times New Roman"/>
          <w:color w:val="000000" w:themeColor="text1"/>
          <w:sz w:val="24"/>
          <w:szCs w:val="24"/>
          <w:lang w:val="da-DK"/>
        </w:rPr>
        <w:t>.</w:t>
      </w:r>
    </w:p>
    <w:p w14:paraId="4907078D" w14:textId="77777777" w:rsidR="00A66F36" w:rsidRPr="00F56BEF" w:rsidRDefault="00A66F36"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rPr>
      </w:pPr>
      <w:r w:rsidRPr="00F56BEF">
        <w:rPr>
          <w:rFonts w:ascii="Times New Roman" w:eastAsiaTheme="majorEastAsia" w:hAnsi="Times New Roman" w:cs="Times New Roman"/>
          <w:color w:val="000000" w:themeColor="text1"/>
          <w:sz w:val="24"/>
          <w:szCs w:val="24"/>
          <w:lang w:val="da-DK"/>
        </w:rPr>
        <w:lastRenderedPageBreak/>
        <w:t xml:space="preserve">In den </w:t>
      </w:r>
      <w:proofErr w:type="spellStart"/>
      <w:r w:rsidRPr="00F56BEF">
        <w:rPr>
          <w:rFonts w:ascii="Times New Roman" w:eastAsiaTheme="majorEastAsia" w:hAnsi="Times New Roman" w:cs="Times New Roman"/>
          <w:color w:val="000000" w:themeColor="text1"/>
          <w:sz w:val="24"/>
          <w:szCs w:val="24"/>
          <w:lang w:val="da-DK"/>
        </w:rPr>
        <w:t>folgenden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Monaten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wurde</w:t>
      </w:r>
      <w:proofErr w:type="spellEnd"/>
      <w:r w:rsidRPr="00F56BEF">
        <w:rPr>
          <w:rFonts w:ascii="Times New Roman" w:eastAsiaTheme="majorEastAsia" w:hAnsi="Times New Roman" w:cs="Times New Roman"/>
          <w:color w:val="000000" w:themeColor="text1"/>
          <w:sz w:val="24"/>
          <w:szCs w:val="24"/>
          <w:lang w:val="da-DK"/>
        </w:rPr>
        <w:t xml:space="preserve"> FUSION Teil des </w:t>
      </w:r>
      <w:proofErr w:type="spellStart"/>
      <w:r w:rsidRPr="00F56BEF">
        <w:rPr>
          <w:rFonts w:ascii="Times New Roman" w:eastAsiaTheme="majorEastAsia" w:hAnsi="Times New Roman" w:cs="Times New Roman"/>
          <w:color w:val="000000" w:themeColor="text1"/>
          <w:sz w:val="24"/>
          <w:szCs w:val="24"/>
          <w:lang w:val="da-DK"/>
        </w:rPr>
        <w:t>Englischunterrichts</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Aufbauend</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auf</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ihren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ersten</w:t>
      </w:r>
      <w:proofErr w:type="spellEnd"/>
      <w:r w:rsidRPr="00F56BEF">
        <w:rPr>
          <w:rFonts w:ascii="Times New Roman" w:eastAsiaTheme="majorEastAsia" w:hAnsi="Times New Roman" w:cs="Times New Roman"/>
          <w:color w:val="000000" w:themeColor="text1"/>
          <w:sz w:val="24"/>
          <w:szCs w:val="24"/>
          <w:lang w:val="da-DK"/>
        </w:rPr>
        <w:t xml:space="preserve"> Ideen </w:t>
      </w:r>
      <w:proofErr w:type="spellStart"/>
      <w:r w:rsidRPr="00F56BEF">
        <w:rPr>
          <w:rFonts w:ascii="Times New Roman" w:eastAsiaTheme="majorEastAsia" w:hAnsi="Times New Roman" w:cs="Times New Roman"/>
          <w:color w:val="000000" w:themeColor="text1"/>
          <w:sz w:val="24"/>
          <w:szCs w:val="24"/>
          <w:lang w:val="da-DK"/>
        </w:rPr>
        <w:t>entwickelten</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Jugendlichen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englischsprachige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Climate</w:t>
      </w:r>
      <w:proofErr w:type="spellEnd"/>
      <w:r w:rsidRPr="00F56BEF">
        <w:rPr>
          <w:rFonts w:ascii="Times New Roman" w:eastAsiaTheme="majorEastAsia" w:hAnsi="Times New Roman" w:cs="Times New Roman"/>
          <w:color w:val="000000" w:themeColor="text1"/>
          <w:sz w:val="24"/>
          <w:szCs w:val="24"/>
          <w:lang w:val="da-DK"/>
        </w:rPr>
        <w:t>-Fiction-</w:t>
      </w:r>
      <w:proofErr w:type="spellStart"/>
      <w:r w:rsidRPr="00F56BEF">
        <w:rPr>
          <w:rFonts w:ascii="Times New Roman" w:eastAsiaTheme="majorEastAsia" w:hAnsi="Times New Roman" w:cs="Times New Roman"/>
          <w:color w:val="000000" w:themeColor="text1"/>
          <w:sz w:val="24"/>
          <w:szCs w:val="24"/>
          <w:lang w:val="da-DK"/>
        </w:rPr>
        <w:t>Erzählungen</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unterschiedliche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Vorstellungen</w:t>
      </w:r>
      <w:proofErr w:type="spellEnd"/>
      <w:r w:rsidRPr="00F56BEF">
        <w:rPr>
          <w:rFonts w:ascii="Times New Roman" w:eastAsiaTheme="majorEastAsia" w:hAnsi="Times New Roman" w:cs="Times New Roman"/>
          <w:color w:val="000000" w:themeColor="text1"/>
          <w:sz w:val="24"/>
          <w:szCs w:val="24"/>
          <w:lang w:val="da-DK"/>
        </w:rPr>
        <w:t xml:space="preserve"> von der </w:t>
      </w:r>
      <w:proofErr w:type="spellStart"/>
      <w:r w:rsidRPr="00F56BEF">
        <w:rPr>
          <w:rFonts w:ascii="Times New Roman" w:eastAsiaTheme="majorEastAsia" w:hAnsi="Times New Roman" w:cs="Times New Roman"/>
          <w:color w:val="000000" w:themeColor="text1"/>
          <w:sz w:val="24"/>
          <w:szCs w:val="24"/>
          <w:lang w:val="da-DK"/>
        </w:rPr>
        <w:t>Zukunft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beschrieben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rPr>
        <w:t>Diese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Geschichten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bildeten</w:t>
      </w:r>
      <w:proofErr w:type="spellEnd"/>
      <w:r w:rsidRPr="00F56BEF">
        <w:rPr>
          <w:rFonts w:ascii="Times New Roman" w:eastAsiaTheme="majorEastAsia" w:hAnsi="Times New Roman" w:cs="Times New Roman"/>
          <w:color w:val="000000" w:themeColor="text1"/>
          <w:sz w:val="24"/>
          <w:szCs w:val="24"/>
        </w:rPr>
        <w:t xml:space="preserve"> die </w:t>
      </w:r>
      <w:proofErr w:type="spellStart"/>
      <w:r w:rsidRPr="00F56BEF">
        <w:rPr>
          <w:rFonts w:ascii="Times New Roman" w:eastAsiaTheme="majorEastAsia" w:hAnsi="Times New Roman" w:cs="Times New Roman"/>
          <w:color w:val="000000" w:themeColor="text1"/>
          <w:sz w:val="24"/>
          <w:szCs w:val="24"/>
        </w:rPr>
        <w:t>Grundlage</w:t>
      </w:r>
      <w:proofErr w:type="spellEnd"/>
      <w:r w:rsidRPr="00F56BEF">
        <w:rPr>
          <w:rFonts w:ascii="Times New Roman" w:eastAsiaTheme="majorEastAsia" w:hAnsi="Times New Roman" w:cs="Times New Roman"/>
          <w:color w:val="000000" w:themeColor="text1"/>
          <w:sz w:val="24"/>
          <w:szCs w:val="24"/>
        </w:rPr>
        <w:t xml:space="preserve"> für die Arbeit </w:t>
      </w:r>
      <w:proofErr w:type="spellStart"/>
      <w:r w:rsidRPr="00F56BEF">
        <w:rPr>
          <w:rFonts w:ascii="Times New Roman" w:eastAsiaTheme="majorEastAsia" w:hAnsi="Times New Roman" w:cs="Times New Roman"/>
          <w:color w:val="000000" w:themeColor="text1"/>
          <w:sz w:val="24"/>
          <w:szCs w:val="24"/>
        </w:rPr>
        <w:t>im</w:t>
      </w:r>
      <w:proofErr w:type="spellEnd"/>
      <w:r w:rsidRPr="00F56BEF">
        <w:rPr>
          <w:rFonts w:ascii="Times New Roman" w:eastAsiaTheme="majorEastAsia" w:hAnsi="Times New Roman" w:cs="Times New Roman"/>
          <w:color w:val="000000" w:themeColor="text1"/>
          <w:sz w:val="24"/>
          <w:szCs w:val="24"/>
        </w:rPr>
        <w:t xml:space="preserve"> Climate Action Camp in Odense.</w:t>
      </w:r>
    </w:p>
    <w:p w14:paraId="2DB988C3" w14:textId="77777777" w:rsidR="00A66F36" w:rsidRPr="00F56BEF" w:rsidRDefault="00A66F36"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lang w:val="da-DK"/>
        </w:rPr>
      </w:pPr>
      <w:r w:rsidRPr="00F56BEF">
        <w:rPr>
          <w:rFonts w:ascii="Times New Roman" w:eastAsiaTheme="majorEastAsia" w:hAnsi="Times New Roman" w:cs="Times New Roman"/>
          <w:color w:val="000000" w:themeColor="text1"/>
          <w:sz w:val="24"/>
          <w:szCs w:val="24"/>
        </w:rPr>
        <w:t xml:space="preserve">Das Climate Action Camp </w:t>
      </w:r>
      <w:proofErr w:type="spellStart"/>
      <w:r w:rsidRPr="00F56BEF">
        <w:rPr>
          <w:rFonts w:ascii="Times New Roman" w:eastAsiaTheme="majorEastAsia" w:hAnsi="Times New Roman" w:cs="Times New Roman"/>
          <w:color w:val="000000" w:themeColor="text1"/>
          <w:sz w:val="24"/>
          <w:szCs w:val="24"/>
        </w:rPr>
        <w:t>brachte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erstmals</w:t>
      </w:r>
      <w:proofErr w:type="spellEnd"/>
      <w:r w:rsidRPr="00F56BEF">
        <w:rPr>
          <w:rFonts w:ascii="Times New Roman" w:eastAsiaTheme="majorEastAsia" w:hAnsi="Times New Roman" w:cs="Times New Roman"/>
          <w:color w:val="000000" w:themeColor="text1"/>
          <w:sz w:val="24"/>
          <w:szCs w:val="24"/>
        </w:rPr>
        <w:t xml:space="preserve"> alle </w:t>
      </w:r>
      <w:proofErr w:type="spellStart"/>
      <w:r w:rsidRPr="00F56BEF">
        <w:rPr>
          <w:rFonts w:ascii="Times New Roman" w:eastAsiaTheme="majorEastAsia" w:hAnsi="Times New Roman" w:cs="Times New Roman"/>
          <w:color w:val="000000" w:themeColor="text1"/>
          <w:sz w:val="24"/>
          <w:szCs w:val="24"/>
        </w:rPr>
        <w:t>teilnehmenden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Schulen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zusammen</w:t>
      </w:r>
      <w:proofErr w:type="spellEnd"/>
      <w:r w:rsidRPr="00F56BEF">
        <w:rPr>
          <w:rFonts w:ascii="Times New Roman" w:eastAsiaTheme="majorEastAsia" w:hAnsi="Times New Roman" w:cs="Times New Roman"/>
          <w:color w:val="000000" w:themeColor="text1"/>
          <w:sz w:val="24"/>
          <w:szCs w:val="24"/>
        </w:rPr>
        <w:t xml:space="preserve">. Nach </w:t>
      </w:r>
      <w:proofErr w:type="spellStart"/>
      <w:r w:rsidRPr="00F56BEF">
        <w:rPr>
          <w:rFonts w:ascii="Times New Roman" w:eastAsiaTheme="majorEastAsia" w:hAnsi="Times New Roman" w:cs="Times New Roman"/>
          <w:color w:val="000000" w:themeColor="text1"/>
          <w:sz w:val="24"/>
          <w:szCs w:val="24"/>
        </w:rPr>
        <w:t>mehreren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Monaten</w:t>
      </w:r>
      <w:proofErr w:type="spellEnd"/>
      <w:r w:rsidRPr="00F56BEF">
        <w:rPr>
          <w:rFonts w:ascii="Times New Roman" w:eastAsiaTheme="majorEastAsia" w:hAnsi="Times New Roman" w:cs="Times New Roman"/>
          <w:color w:val="000000" w:themeColor="text1"/>
          <w:sz w:val="24"/>
          <w:szCs w:val="24"/>
        </w:rPr>
        <w:t xml:space="preserve"> der Arbeit an </w:t>
      </w:r>
      <w:proofErr w:type="spellStart"/>
      <w:r w:rsidRPr="00F56BEF">
        <w:rPr>
          <w:rFonts w:ascii="Times New Roman" w:eastAsiaTheme="majorEastAsia" w:hAnsi="Times New Roman" w:cs="Times New Roman"/>
          <w:color w:val="000000" w:themeColor="text1"/>
          <w:sz w:val="24"/>
          <w:szCs w:val="24"/>
        </w:rPr>
        <w:t>ihren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eigenen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Schulen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trafen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sich</w:t>
      </w:r>
      <w:proofErr w:type="spellEnd"/>
      <w:r w:rsidRPr="00F56BEF">
        <w:rPr>
          <w:rFonts w:ascii="Times New Roman" w:eastAsiaTheme="majorEastAsia" w:hAnsi="Times New Roman" w:cs="Times New Roman"/>
          <w:color w:val="000000" w:themeColor="text1"/>
          <w:sz w:val="24"/>
          <w:szCs w:val="24"/>
        </w:rPr>
        <w:t xml:space="preserve"> die </w:t>
      </w:r>
      <w:proofErr w:type="spellStart"/>
      <w:r w:rsidRPr="00F56BEF">
        <w:rPr>
          <w:rFonts w:ascii="Times New Roman" w:eastAsiaTheme="majorEastAsia" w:hAnsi="Times New Roman" w:cs="Times New Roman"/>
          <w:color w:val="000000" w:themeColor="text1"/>
          <w:sz w:val="24"/>
          <w:szCs w:val="24"/>
        </w:rPr>
        <w:t>Schülerinnen</w:t>
      </w:r>
      <w:proofErr w:type="spellEnd"/>
      <w:r w:rsidRPr="00F56BEF">
        <w:rPr>
          <w:rFonts w:ascii="Times New Roman" w:eastAsiaTheme="majorEastAsia" w:hAnsi="Times New Roman" w:cs="Times New Roman"/>
          <w:color w:val="000000" w:themeColor="text1"/>
          <w:sz w:val="24"/>
          <w:szCs w:val="24"/>
        </w:rPr>
        <w:t xml:space="preserve"> und Schüler in </w:t>
      </w:r>
      <w:proofErr w:type="spellStart"/>
      <w:r w:rsidRPr="00F56BEF">
        <w:rPr>
          <w:rFonts w:ascii="Times New Roman" w:eastAsiaTheme="majorEastAsia" w:hAnsi="Times New Roman" w:cs="Times New Roman"/>
          <w:color w:val="000000" w:themeColor="text1"/>
          <w:sz w:val="24"/>
          <w:szCs w:val="24"/>
        </w:rPr>
        <w:t>deutsch-dänischen</w:t>
      </w:r>
      <w:proofErr w:type="spellEnd"/>
      <w:r w:rsidRPr="00F56BEF">
        <w:rPr>
          <w:rFonts w:ascii="Times New Roman" w:eastAsiaTheme="majorEastAsia" w:hAnsi="Times New Roman" w:cs="Times New Roman"/>
          <w:color w:val="000000" w:themeColor="text1"/>
          <w:sz w:val="24"/>
          <w:szCs w:val="24"/>
        </w:rPr>
        <w:t xml:space="preserve"> Teams und </w:t>
      </w:r>
      <w:proofErr w:type="spellStart"/>
      <w:r w:rsidRPr="00F56BEF">
        <w:rPr>
          <w:rFonts w:ascii="Times New Roman" w:eastAsiaTheme="majorEastAsia" w:hAnsi="Times New Roman" w:cs="Times New Roman"/>
          <w:color w:val="000000" w:themeColor="text1"/>
          <w:sz w:val="24"/>
          <w:szCs w:val="24"/>
        </w:rPr>
        <w:t>verwandelten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ihre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Geschichten</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mithilfe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rPr>
        <w:t>angewandter</w:t>
      </w:r>
      <w:proofErr w:type="spellEnd"/>
      <w:r w:rsidRPr="00F56BEF">
        <w:rPr>
          <w:rFonts w:ascii="Times New Roman" w:eastAsiaTheme="majorEastAsia" w:hAnsi="Times New Roman" w:cs="Times New Roman"/>
          <w:color w:val="000000" w:themeColor="text1"/>
          <w:sz w:val="24"/>
          <w:szCs w:val="24"/>
        </w:rPr>
        <w:t xml:space="preserve"> Improvisation in </w:t>
      </w:r>
      <w:proofErr w:type="spellStart"/>
      <w:r w:rsidRPr="00F56BEF">
        <w:rPr>
          <w:rFonts w:ascii="Times New Roman" w:eastAsiaTheme="majorEastAsia" w:hAnsi="Times New Roman" w:cs="Times New Roman"/>
          <w:color w:val="000000" w:themeColor="text1"/>
          <w:sz w:val="24"/>
          <w:szCs w:val="24"/>
        </w:rPr>
        <w:t>Theaterstücke</w:t>
      </w:r>
      <w:proofErr w:type="spellEnd"/>
      <w:r w:rsidRPr="00F56BEF">
        <w:rPr>
          <w:rFonts w:ascii="Times New Roman" w:eastAsiaTheme="majorEastAsia" w:hAnsi="Times New Roman" w:cs="Times New Roman"/>
          <w:color w:val="000000" w:themeColor="text1"/>
          <w:sz w:val="24"/>
          <w:szCs w:val="24"/>
        </w:rPr>
        <w:t xml:space="preserve">. </w:t>
      </w:r>
      <w:proofErr w:type="spellStart"/>
      <w:r w:rsidRPr="00F56BEF">
        <w:rPr>
          <w:rFonts w:ascii="Times New Roman" w:eastAsiaTheme="majorEastAsia" w:hAnsi="Times New Roman" w:cs="Times New Roman"/>
          <w:color w:val="000000" w:themeColor="text1"/>
          <w:sz w:val="24"/>
          <w:szCs w:val="24"/>
          <w:lang w:val="da-DK"/>
        </w:rPr>
        <w:t>Gemeinsam</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entwickelten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sie</w:t>
      </w:r>
      <w:proofErr w:type="spellEnd"/>
      <w:r w:rsidRPr="00F56BEF">
        <w:rPr>
          <w:rFonts w:ascii="Times New Roman" w:eastAsiaTheme="majorEastAsia" w:hAnsi="Times New Roman" w:cs="Times New Roman"/>
          <w:color w:val="000000" w:themeColor="text1"/>
          <w:sz w:val="24"/>
          <w:szCs w:val="24"/>
          <w:lang w:val="da-DK"/>
        </w:rPr>
        <w:t xml:space="preserve"> Figuren, </w:t>
      </w:r>
      <w:proofErr w:type="spellStart"/>
      <w:r w:rsidRPr="00F56BEF">
        <w:rPr>
          <w:rFonts w:ascii="Times New Roman" w:eastAsiaTheme="majorEastAsia" w:hAnsi="Times New Roman" w:cs="Times New Roman"/>
          <w:color w:val="000000" w:themeColor="text1"/>
          <w:sz w:val="24"/>
          <w:szCs w:val="24"/>
          <w:lang w:val="da-DK"/>
        </w:rPr>
        <w:t>gestalteten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Szenen</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brachten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ihre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vorgestellten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Zukunftswelten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auf</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Bühne</w:t>
      </w:r>
      <w:proofErr w:type="spellEnd"/>
      <w:r w:rsidRPr="00F56BEF">
        <w:rPr>
          <w:rFonts w:ascii="Times New Roman" w:eastAsiaTheme="majorEastAsia" w:hAnsi="Times New Roman" w:cs="Times New Roman"/>
          <w:color w:val="000000" w:themeColor="text1"/>
          <w:sz w:val="24"/>
          <w:szCs w:val="24"/>
          <w:lang w:val="da-DK"/>
        </w:rPr>
        <w:t xml:space="preserve">. Der </w:t>
      </w:r>
      <w:proofErr w:type="spellStart"/>
      <w:r w:rsidRPr="00F56BEF">
        <w:rPr>
          <w:rFonts w:ascii="Times New Roman" w:eastAsiaTheme="majorEastAsia" w:hAnsi="Times New Roman" w:cs="Times New Roman"/>
          <w:color w:val="000000" w:themeColor="text1"/>
          <w:sz w:val="24"/>
          <w:szCs w:val="24"/>
          <w:lang w:val="da-DK"/>
        </w:rPr>
        <w:t>erste</w:t>
      </w:r>
      <w:proofErr w:type="spellEnd"/>
      <w:r w:rsidRPr="00F56BEF">
        <w:rPr>
          <w:rFonts w:ascii="Times New Roman" w:eastAsiaTheme="majorEastAsia" w:hAnsi="Times New Roman" w:cs="Times New Roman"/>
          <w:color w:val="000000" w:themeColor="text1"/>
          <w:sz w:val="24"/>
          <w:szCs w:val="24"/>
          <w:lang w:val="da-DK"/>
        </w:rPr>
        <w:t xml:space="preserve"> Tag </w:t>
      </w:r>
      <w:proofErr w:type="spellStart"/>
      <w:r w:rsidRPr="00F56BEF">
        <w:rPr>
          <w:rFonts w:ascii="Times New Roman" w:eastAsiaTheme="majorEastAsia" w:hAnsi="Times New Roman" w:cs="Times New Roman"/>
          <w:color w:val="000000" w:themeColor="text1"/>
          <w:sz w:val="24"/>
          <w:szCs w:val="24"/>
          <w:lang w:val="da-DK"/>
        </w:rPr>
        <w:t>endete</w:t>
      </w:r>
      <w:proofErr w:type="spellEnd"/>
      <w:r w:rsidRPr="00F56BEF">
        <w:rPr>
          <w:rFonts w:ascii="Times New Roman" w:eastAsiaTheme="majorEastAsia" w:hAnsi="Times New Roman" w:cs="Times New Roman"/>
          <w:color w:val="000000" w:themeColor="text1"/>
          <w:sz w:val="24"/>
          <w:szCs w:val="24"/>
          <w:lang w:val="da-DK"/>
        </w:rPr>
        <w:t xml:space="preserve"> mit </w:t>
      </w:r>
      <w:proofErr w:type="spellStart"/>
      <w:r w:rsidRPr="00F56BEF">
        <w:rPr>
          <w:rFonts w:ascii="Times New Roman" w:eastAsiaTheme="majorEastAsia" w:hAnsi="Times New Roman" w:cs="Times New Roman"/>
          <w:color w:val="000000" w:themeColor="text1"/>
          <w:sz w:val="24"/>
          <w:szCs w:val="24"/>
          <w:lang w:val="da-DK"/>
        </w:rPr>
        <w:t>einer</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Reihe</w:t>
      </w:r>
      <w:proofErr w:type="spellEnd"/>
      <w:r w:rsidRPr="00F56BEF">
        <w:rPr>
          <w:rFonts w:ascii="Times New Roman" w:eastAsiaTheme="majorEastAsia" w:hAnsi="Times New Roman" w:cs="Times New Roman"/>
          <w:color w:val="000000" w:themeColor="text1"/>
          <w:sz w:val="24"/>
          <w:szCs w:val="24"/>
          <w:lang w:val="da-DK"/>
        </w:rPr>
        <w:t xml:space="preserve"> von </w:t>
      </w:r>
      <w:proofErr w:type="spellStart"/>
      <w:r w:rsidRPr="00F56BEF">
        <w:rPr>
          <w:rFonts w:ascii="Times New Roman" w:eastAsiaTheme="majorEastAsia" w:hAnsi="Times New Roman" w:cs="Times New Roman"/>
          <w:color w:val="000000" w:themeColor="text1"/>
          <w:sz w:val="24"/>
          <w:szCs w:val="24"/>
          <w:lang w:val="da-DK"/>
        </w:rPr>
        <w:t>Aufführungen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bei</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denen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jede</w:t>
      </w:r>
      <w:proofErr w:type="spellEnd"/>
      <w:r w:rsidRPr="00F56BEF">
        <w:rPr>
          <w:rFonts w:ascii="Times New Roman" w:eastAsiaTheme="majorEastAsia" w:hAnsi="Times New Roman" w:cs="Times New Roman"/>
          <w:color w:val="000000" w:themeColor="text1"/>
          <w:sz w:val="24"/>
          <w:szCs w:val="24"/>
          <w:lang w:val="da-DK"/>
        </w:rPr>
        <w:t xml:space="preserve"> Gruppe </w:t>
      </w:r>
      <w:proofErr w:type="spellStart"/>
      <w:r w:rsidRPr="00F56BEF">
        <w:rPr>
          <w:rFonts w:ascii="Times New Roman" w:eastAsiaTheme="majorEastAsia" w:hAnsi="Times New Roman" w:cs="Times New Roman"/>
          <w:color w:val="000000" w:themeColor="text1"/>
          <w:sz w:val="24"/>
          <w:szCs w:val="24"/>
          <w:lang w:val="da-DK"/>
        </w:rPr>
        <w:t>ihre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Arbeit</w:t>
      </w:r>
      <w:proofErr w:type="spellEnd"/>
      <w:r w:rsidRPr="00F56BEF">
        <w:rPr>
          <w:rFonts w:ascii="Times New Roman" w:eastAsiaTheme="majorEastAsia" w:hAnsi="Times New Roman" w:cs="Times New Roman"/>
          <w:color w:val="000000" w:themeColor="text1"/>
          <w:sz w:val="24"/>
          <w:szCs w:val="24"/>
          <w:lang w:val="da-DK"/>
        </w:rPr>
        <w:t xml:space="preserve"> den </w:t>
      </w:r>
      <w:proofErr w:type="spellStart"/>
      <w:r w:rsidRPr="00F56BEF">
        <w:rPr>
          <w:rFonts w:ascii="Times New Roman" w:eastAsiaTheme="majorEastAsia" w:hAnsi="Times New Roman" w:cs="Times New Roman"/>
          <w:color w:val="000000" w:themeColor="text1"/>
          <w:sz w:val="24"/>
          <w:szCs w:val="24"/>
          <w:lang w:val="da-DK"/>
        </w:rPr>
        <w:t>anderen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Teilnehmenden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präsentierte</w:t>
      </w:r>
      <w:proofErr w:type="spellEnd"/>
      <w:r w:rsidRPr="00F56BEF">
        <w:rPr>
          <w:rFonts w:ascii="Times New Roman" w:eastAsiaTheme="majorEastAsia" w:hAnsi="Times New Roman" w:cs="Times New Roman"/>
          <w:color w:val="000000" w:themeColor="text1"/>
          <w:sz w:val="24"/>
          <w:szCs w:val="24"/>
          <w:lang w:val="da-DK"/>
        </w:rPr>
        <w:t>.</w:t>
      </w:r>
    </w:p>
    <w:p w14:paraId="41C060D4" w14:textId="77777777" w:rsidR="00A66F36" w:rsidRPr="00F56BEF" w:rsidRDefault="00A66F36"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lang w:val="da-DK"/>
        </w:rPr>
      </w:pPr>
      <w:r w:rsidRPr="00F56BEF">
        <w:rPr>
          <w:rFonts w:ascii="Times New Roman" w:eastAsiaTheme="majorEastAsia" w:hAnsi="Times New Roman" w:cs="Times New Roman"/>
          <w:color w:val="000000" w:themeColor="text1"/>
          <w:sz w:val="24"/>
          <w:szCs w:val="24"/>
          <w:lang w:val="da-DK"/>
        </w:rPr>
        <w:t xml:space="preserve">Am </w:t>
      </w:r>
      <w:proofErr w:type="spellStart"/>
      <w:r w:rsidRPr="00F56BEF">
        <w:rPr>
          <w:rFonts w:ascii="Times New Roman" w:eastAsiaTheme="majorEastAsia" w:hAnsi="Times New Roman" w:cs="Times New Roman"/>
          <w:color w:val="000000" w:themeColor="text1"/>
          <w:sz w:val="24"/>
          <w:szCs w:val="24"/>
          <w:lang w:val="da-DK"/>
        </w:rPr>
        <w:t>zweiten</w:t>
      </w:r>
      <w:proofErr w:type="spellEnd"/>
      <w:r w:rsidRPr="00F56BEF">
        <w:rPr>
          <w:rFonts w:ascii="Times New Roman" w:eastAsiaTheme="majorEastAsia" w:hAnsi="Times New Roman" w:cs="Times New Roman"/>
          <w:color w:val="000000" w:themeColor="text1"/>
          <w:sz w:val="24"/>
          <w:szCs w:val="24"/>
          <w:lang w:val="da-DK"/>
        </w:rPr>
        <w:t xml:space="preserve"> Tag </w:t>
      </w:r>
      <w:proofErr w:type="spellStart"/>
      <w:r w:rsidRPr="00F56BEF">
        <w:rPr>
          <w:rFonts w:ascii="Times New Roman" w:eastAsiaTheme="majorEastAsia" w:hAnsi="Times New Roman" w:cs="Times New Roman"/>
          <w:color w:val="000000" w:themeColor="text1"/>
          <w:sz w:val="24"/>
          <w:szCs w:val="24"/>
          <w:lang w:val="da-DK"/>
        </w:rPr>
        <w:t>verlagerte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sich</w:t>
      </w:r>
      <w:proofErr w:type="spellEnd"/>
      <w:r w:rsidRPr="00F56BEF">
        <w:rPr>
          <w:rFonts w:ascii="Times New Roman" w:eastAsiaTheme="majorEastAsia" w:hAnsi="Times New Roman" w:cs="Times New Roman"/>
          <w:color w:val="000000" w:themeColor="text1"/>
          <w:sz w:val="24"/>
          <w:szCs w:val="24"/>
          <w:lang w:val="da-DK"/>
        </w:rPr>
        <w:t xml:space="preserve"> der Fokus von der </w:t>
      </w:r>
      <w:proofErr w:type="spellStart"/>
      <w:r w:rsidRPr="00F56BEF">
        <w:rPr>
          <w:rFonts w:ascii="Times New Roman" w:eastAsiaTheme="majorEastAsia" w:hAnsi="Times New Roman" w:cs="Times New Roman"/>
          <w:color w:val="000000" w:themeColor="text1"/>
          <w:sz w:val="24"/>
          <w:szCs w:val="24"/>
          <w:lang w:val="da-DK"/>
        </w:rPr>
        <w:t>Vorstellungskraft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zum</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Handeln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Mithilfe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einer</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Zukunftsmethode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namens</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Backcasting</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arbeiteten</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Schülerinnen</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Schüler</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rückwärts</w:t>
      </w:r>
      <w:proofErr w:type="spellEnd"/>
      <w:r w:rsidRPr="00F56BEF">
        <w:rPr>
          <w:rFonts w:ascii="Times New Roman" w:eastAsiaTheme="majorEastAsia" w:hAnsi="Times New Roman" w:cs="Times New Roman"/>
          <w:color w:val="000000" w:themeColor="text1"/>
          <w:sz w:val="24"/>
          <w:szCs w:val="24"/>
          <w:lang w:val="da-DK"/>
        </w:rPr>
        <w:t xml:space="preserve"> von </w:t>
      </w:r>
      <w:proofErr w:type="spellStart"/>
      <w:r w:rsidRPr="00F56BEF">
        <w:rPr>
          <w:rFonts w:ascii="Times New Roman" w:eastAsiaTheme="majorEastAsia" w:hAnsi="Times New Roman" w:cs="Times New Roman"/>
          <w:color w:val="000000" w:themeColor="text1"/>
          <w:sz w:val="24"/>
          <w:szCs w:val="24"/>
          <w:lang w:val="da-DK"/>
        </w:rPr>
        <w:t>ihren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vorgestellten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Zukunftsszenarien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um</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mögliche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Wege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dorthin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identifizieren</w:t>
      </w:r>
      <w:proofErr w:type="spellEnd"/>
      <w:r w:rsidRPr="00F56BEF">
        <w:rPr>
          <w:rFonts w:ascii="Times New Roman" w:eastAsiaTheme="majorEastAsia" w:hAnsi="Times New Roman" w:cs="Times New Roman"/>
          <w:color w:val="000000" w:themeColor="text1"/>
          <w:sz w:val="24"/>
          <w:szCs w:val="24"/>
          <w:lang w:val="da-DK"/>
        </w:rPr>
        <w:t xml:space="preserve">. Sie </w:t>
      </w:r>
      <w:proofErr w:type="spellStart"/>
      <w:r w:rsidRPr="00F56BEF">
        <w:rPr>
          <w:rFonts w:ascii="Times New Roman" w:eastAsiaTheme="majorEastAsia" w:hAnsi="Times New Roman" w:cs="Times New Roman"/>
          <w:color w:val="000000" w:themeColor="text1"/>
          <w:sz w:val="24"/>
          <w:szCs w:val="24"/>
          <w:lang w:val="da-DK"/>
        </w:rPr>
        <w:t>entwickelten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persönliche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Zukunftsberufsprofile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entwarfen</w:t>
      </w:r>
      <w:proofErr w:type="spellEnd"/>
      <w:r w:rsidRPr="00F56BEF">
        <w:rPr>
          <w:rFonts w:ascii="Times New Roman" w:eastAsiaTheme="majorEastAsia" w:hAnsi="Times New Roman" w:cs="Times New Roman"/>
          <w:color w:val="000000" w:themeColor="text1"/>
          <w:sz w:val="24"/>
          <w:szCs w:val="24"/>
          <w:lang w:val="da-DK"/>
        </w:rPr>
        <w:t xml:space="preserve"> transnationale </w:t>
      </w:r>
      <w:proofErr w:type="spellStart"/>
      <w:r w:rsidRPr="00F56BEF">
        <w:rPr>
          <w:rFonts w:ascii="Times New Roman" w:eastAsiaTheme="majorEastAsia" w:hAnsi="Times New Roman" w:cs="Times New Roman"/>
          <w:color w:val="000000" w:themeColor="text1"/>
          <w:sz w:val="24"/>
          <w:szCs w:val="24"/>
          <w:lang w:val="da-DK"/>
        </w:rPr>
        <w:t>Klimainitiativen</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formulierten</w:t>
      </w:r>
      <w:proofErr w:type="spellEnd"/>
      <w:r w:rsidRPr="00F56BEF">
        <w:rPr>
          <w:rFonts w:ascii="Times New Roman" w:eastAsiaTheme="majorEastAsia" w:hAnsi="Times New Roman" w:cs="Times New Roman"/>
          <w:color w:val="000000" w:themeColor="text1"/>
          <w:sz w:val="24"/>
          <w:szCs w:val="24"/>
          <w:lang w:val="da-DK"/>
        </w:rPr>
        <w:t xml:space="preserve"> konkrete </w:t>
      </w:r>
      <w:proofErr w:type="spellStart"/>
      <w:r w:rsidRPr="00F56BEF">
        <w:rPr>
          <w:rFonts w:ascii="Times New Roman" w:eastAsiaTheme="majorEastAsia" w:hAnsi="Times New Roman" w:cs="Times New Roman"/>
          <w:color w:val="000000" w:themeColor="text1"/>
          <w:sz w:val="24"/>
          <w:szCs w:val="24"/>
          <w:lang w:val="da-DK"/>
        </w:rPr>
        <w:t>Maßnahmen</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sie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sowohl</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individuell</w:t>
      </w:r>
      <w:proofErr w:type="spellEnd"/>
      <w:r w:rsidRPr="00F56BEF">
        <w:rPr>
          <w:rFonts w:ascii="Times New Roman" w:eastAsiaTheme="majorEastAsia" w:hAnsi="Times New Roman" w:cs="Times New Roman"/>
          <w:color w:val="000000" w:themeColor="text1"/>
          <w:sz w:val="24"/>
          <w:szCs w:val="24"/>
          <w:lang w:val="da-DK"/>
        </w:rPr>
        <w:t xml:space="preserve"> als </w:t>
      </w:r>
      <w:proofErr w:type="spellStart"/>
      <w:r w:rsidRPr="00F56BEF">
        <w:rPr>
          <w:rFonts w:ascii="Times New Roman" w:eastAsiaTheme="majorEastAsia" w:hAnsi="Times New Roman" w:cs="Times New Roman"/>
          <w:color w:val="000000" w:themeColor="text1"/>
          <w:sz w:val="24"/>
          <w:szCs w:val="24"/>
          <w:lang w:val="da-DK"/>
        </w:rPr>
        <w:t>auch</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gemeinsam</w:t>
      </w:r>
      <w:proofErr w:type="spellEnd"/>
      <w:r w:rsidRPr="00F56BEF">
        <w:rPr>
          <w:rFonts w:ascii="Times New Roman" w:eastAsiaTheme="majorEastAsia" w:hAnsi="Times New Roman" w:cs="Times New Roman"/>
          <w:color w:val="000000" w:themeColor="text1"/>
          <w:sz w:val="24"/>
          <w:szCs w:val="24"/>
          <w:lang w:val="da-DK"/>
        </w:rPr>
        <w:t xml:space="preserve"> in die </w:t>
      </w:r>
      <w:proofErr w:type="spellStart"/>
      <w:r w:rsidRPr="00F56BEF">
        <w:rPr>
          <w:rFonts w:ascii="Times New Roman" w:eastAsiaTheme="majorEastAsia" w:hAnsi="Times New Roman" w:cs="Times New Roman"/>
          <w:color w:val="000000" w:themeColor="text1"/>
          <w:sz w:val="24"/>
          <w:szCs w:val="24"/>
          <w:lang w:val="da-DK"/>
        </w:rPr>
        <w:t>Zukunft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tragen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können</w:t>
      </w:r>
      <w:proofErr w:type="spellEnd"/>
      <w:r w:rsidRPr="00F56BEF">
        <w:rPr>
          <w:rFonts w:ascii="Times New Roman" w:eastAsiaTheme="majorEastAsia" w:hAnsi="Times New Roman" w:cs="Times New Roman"/>
          <w:color w:val="000000" w:themeColor="text1"/>
          <w:sz w:val="24"/>
          <w:szCs w:val="24"/>
          <w:lang w:val="da-DK"/>
        </w:rPr>
        <w:t>.</w:t>
      </w:r>
    </w:p>
    <w:p w14:paraId="0C4F8381" w14:textId="77777777" w:rsidR="00A66F36" w:rsidRPr="00F56BEF" w:rsidRDefault="00A66F36"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lang w:val="da-DK"/>
        </w:rPr>
      </w:pPr>
      <w:r w:rsidRPr="00F56BEF">
        <w:rPr>
          <w:rFonts w:ascii="Times New Roman" w:eastAsiaTheme="majorEastAsia" w:hAnsi="Times New Roman" w:cs="Times New Roman"/>
          <w:color w:val="000000" w:themeColor="text1"/>
          <w:sz w:val="24"/>
          <w:szCs w:val="24"/>
          <w:lang w:val="da-DK"/>
        </w:rPr>
        <w:t xml:space="preserve">Das Projekt </w:t>
      </w:r>
      <w:proofErr w:type="spellStart"/>
      <w:r w:rsidRPr="00F56BEF">
        <w:rPr>
          <w:rFonts w:ascii="Times New Roman" w:eastAsiaTheme="majorEastAsia" w:hAnsi="Times New Roman" w:cs="Times New Roman"/>
          <w:color w:val="000000" w:themeColor="text1"/>
          <w:sz w:val="24"/>
          <w:szCs w:val="24"/>
          <w:lang w:val="da-DK"/>
        </w:rPr>
        <w:t>greift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eine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Herausforderung</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auf</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vielen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Lehrkräften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vertraut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ist</w:t>
      </w:r>
      <w:proofErr w:type="spellEnd"/>
      <w:r w:rsidRPr="00F56BEF">
        <w:rPr>
          <w:rFonts w:ascii="Times New Roman" w:eastAsiaTheme="majorEastAsia" w:hAnsi="Times New Roman" w:cs="Times New Roman"/>
          <w:color w:val="000000" w:themeColor="text1"/>
          <w:sz w:val="24"/>
          <w:szCs w:val="24"/>
          <w:lang w:val="da-DK"/>
        </w:rPr>
        <w:t xml:space="preserve">: Der </w:t>
      </w:r>
      <w:proofErr w:type="spellStart"/>
      <w:r w:rsidRPr="00F56BEF">
        <w:rPr>
          <w:rFonts w:ascii="Times New Roman" w:eastAsiaTheme="majorEastAsia" w:hAnsi="Times New Roman" w:cs="Times New Roman"/>
          <w:color w:val="000000" w:themeColor="text1"/>
          <w:sz w:val="24"/>
          <w:szCs w:val="24"/>
          <w:lang w:val="da-DK"/>
        </w:rPr>
        <w:t>Klimawandel</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kann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bei</w:t>
      </w:r>
      <w:proofErr w:type="spellEnd"/>
      <w:r w:rsidRPr="00F56BEF">
        <w:rPr>
          <w:rFonts w:ascii="Times New Roman" w:eastAsiaTheme="majorEastAsia" w:hAnsi="Times New Roman" w:cs="Times New Roman"/>
          <w:color w:val="000000" w:themeColor="text1"/>
          <w:sz w:val="24"/>
          <w:szCs w:val="24"/>
          <w:lang w:val="da-DK"/>
        </w:rPr>
        <w:t xml:space="preserve"> jungen </w:t>
      </w:r>
      <w:proofErr w:type="spellStart"/>
      <w:r w:rsidRPr="00F56BEF">
        <w:rPr>
          <w:rFonts w:ascii="Times New Roman" w:eastAsiaTheme="majorEastAsia" w:hAnsi="Times New Roman" w:cs="Times New Roman"/>
          <w:color w:val="000000" w:themeColor="text1"/>
          <w:sz w:val="24"/>
          <w:szCs w:val="24"/>
          <w:lang w:val="da-DK"/>
        </w:rPr>
        <w:t>Menschen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Unsicherheit</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Ohnmachtsgefühle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auslösen</w:t>
      </w:r>
      <w:proofErr w:type="spellEnd"/>
      <w:r w:rsidRPr="00F56BEF">
        <w:rPr>
          <w:rFonts w:ascii="Times New Roman" w:eastAsiaTheme="majorEastAsia" w:hAnsi="Times New Roman" w:cs="Times New Roman"/>
          <w:color w:val="000000" w:themeColor="text1"/>
          <w:sz w:val="24"/>
          <w:szCs w:val="24"/>
          <w:lang w:val="da-DK"/>
        </w:rPr>
        <w:t xml:space="preserve">. FUSION </w:t>
      </w:r>
      <w:proofErr w:type="spellStart"/>
      <w:r w:rsidRPr="00F56BEF">
        <w:rPr>
          <w:rFonts w:ascii="Times New Roman" w:eastAsiaTheme="majorEastAsia" w:hAnsi="Times New Roman" w:cs="Times New Roman"/>
          <w:color w:val="000000" w:themeColor="text1"/>
          <w:sz w:val="24"/>
          <w:szCs w:val="24"/>
          <w:lang w:val="da-DK"/>
        </w:rPr>
        <w:t>schafft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einen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Raum</w:t>
      </w:r>
      <w:proofErr w:type="spellEnd"/>
      <w:r w:rsidRPr="00F56BEF">
        <w:rPr>
          <w:rFonts w:ascii="Times New Roman" w:eastAsiaTheme="majorEastAsia" w:hAnsi="Times New Roman" w:cs="Times New Roman"/>
          <w:color w:val="000000" w:themeColor="text1"/>
          <w:sz w:val="24"/>
          <w:szCs w:val="24"/>
          <w:lang w:val="da-DK"/>
        </w:rPr>
        <w:t xml:space="preserve">, in dem </w:t>
      </w:r>
      <w:proofErr w:type="spellStart"/>
      <w:r w:rsidRPr="00F56BEF">
        <w:rPr>
          <w:rFonts w:ascii="Times New Roman" w:eastAsiaTheme="majorEastAsia" w:hAnsi="Times New Roman" w:cs="Times New Roman"/>
          <w:color w:val="000000" w:themeColor="text1"/>
          <w:sz w:val="24"/>
          <w:szCs w:val="24"/>
          <w:lang w:val="da-DK"/>
        </w:rPr>
        <w:t>Schülerinnen</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Schüler</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verschiedene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Zukunftsszenarien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erkunden</w:t>
      </w:r>
      <w:proofErr w:type="spellEnd"/>
      <w:r w:rsidRPr="00F56BEF">
        <w:rPr>
          <w:rFonts w:ascii="Times New Roman" w:eastAsiaTheme="majorEastAsia" w:hAnsi="Times New Roman" w:cs="Times New Roman"/>
          <w:color w:val="000000" w:themeColor="text1"/>
          <w:sz w:val="24"/>
          <w:szCs w:val="24"/>
          <w:lang w:val="da-DK"/>
        </w:rPr>
        <w:t xml:space="preserve">, Ideen </w:t>
      </w:r>
      <w:proofErr w:type="spellStart"/>
      <w:r w:rsidRPr="00F56BEF">
        <w:rPr>
          <w:rFonts w:ascii="Times New Roman" w:eastAsiaTheme="majorEastAsia" w:hAnsi="Times New Roman" w:cs="Times New Roman"/>
          <w:color w:val="000000" w:themeColor="text1"/>
          <w:sz w:val="24"/>
          <w:szCs w:val="24"/>
          <w:lang w:val="da-DK"/>
        </w:rPr>
        <w:t>gemeinsam</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erproben</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darüber</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reflektieren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können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wie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heutige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Entscheidungen</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Möglichkeiten</w:t>
      </w:r>
      <w:proofErr w:type="spellEnd"/>
      <w:r w:rsidRPr="00F56BEF">
        <w:rPr>
          <w:rFonts w:ascii="Times New Roman" w:eastAsiaTheme="majorEastAsia" w:hAnsi="Times New Roman" w:cs="Times New Roman"/>
          <w:color w:val="000000" w:themeColor="text1"/>
          <w:sz w:val="24"/>
          <w:szCs w:val="24"/>
          <w:lang w:val="da-DK"/>
        </w:rPr>
        <w:t xml:space="preserve"> von morgen </w:t>
      </w:r>
      <w:proofErr w:type="spellStart"/>
      <w:r w:rsidRPr="00F56BEF">
        <w:rPr>
          <w:rFonts w:ascii="Times New Roman" w:eastAsiaTheme="majorEastAsia" w:hAnsi="Times New Roman" w:cs="Times New Roman"/>
          <w:color w:val="000000" w:themeColor="text1"/>
          <w:sz w:val="24"/>
          <w:szCs w:val="24"/>
          <w:lang w:val="da-DK"/>
        </w:rPr>
        <w:t>beeinflussen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Ziel</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ist</w:t>
      </w:r>
      <w:proofErr w:type="spellEnd"/>
      <w:r w:rsidRPr="00F56BEF">
        <w:rPr>
          <w:rFonts w:ascii="Times New Roman" w:eastAsiaTheme="majorEastAsia" w:hAnsi="Times New Roman" w:cs="Times New Roman"/>
          <w:color w:val="000000" w:themeColor="text1"/>
          <w:sz w:val="24"/>
          <w:szCs w:val="24"/>
          <w:lang w:val="da-DK"/>
        </w:rPr>
        <w:t xml:space="preserve"> es, das </w:t>
      </w:r>
      <w:proofErr w:type="spellStart"/>
      <w:r w:rsidRPr="00F56BEF">
        <w:rPr>
          <w:rFonts w:ascii="Times New Roman" w:eastAsiaTheme="majorEastAsia" w:hAnsi="Times New Roman" w:cs="Times New Roman"/>
          <w:color w:val="000000" w:themeColor="text1"/>
          <w:sz w:val="24"/>
          <w:szCs w:val="24"/>
          <w:lang w:val="da-DK"/>
        </w:rPr>
        <w:t>Vertrauen</w:t>
      </w:r>
      <w:proofErr w:type="spellEnd"/>
      <w:r w:rsidRPr="00F56BEF">
        <w:rPr>
          <w:rFonts w:ascii="Times New Roman" w:eastAsiaTheme="majorEastAsia" w:hAnsi="Times New Roman" w:cs="Times New Roman"/>
          <w:color w:val="000000" w:themeColor="text1"/>
          <w:sz w:val="24"/>
          <w:szCs w:val="24"/>
          <w:lang w:val="da-DK"/>
        </w:rPr>
        <w:t xml:space="preserve"> der </w:t>
      </w:r>
      <w:proofErr w:type="spellStart"/>
      <w:r w:rsidRPr="00F56BEF">
        <w:rPr>
          <w:rFonts w:ascii="Times New Roman" w:eastAsiaTheme="majorEastAsia" w:hAnsi="Times New Roman" w:cs="Times New Roman"/>
          <w:color w:val="000000" w:themeColor="text1"/>
          <w:sz w:val="24"/>
          <w:szCs w:val="24"/>
          <w:lang w:val="da-DK"/>
        </w:rPr>
        <w:t>Jugendlichen</w:t>
      </w:r>
      <w:proofErr w:type="spellEnd"/>
      <w:r w:rsidRPr="00F56BEF">
        <w:rPr>
          <w:rFonts w:ascii="Times New Roman" w:eastAsiaTheme="majorEastAsia" w:hAnsi="Times New Roman" w:cs="Times New Roman"/>
          <w:color w:val="000000" w:themeColor="text1"/>
          <w:sz w:val="24"/>
          <w:szCs w:val="24"/>
          <w:lang w:val="da-DK"/>
        </w:rPr>
        <w:t xml:space="preserve"> in </w:t>
      </w:r>
      <w:proofErr w:type="spellStart"/>
      <w:r w:rsidRPr="00F56BEF">
        <w:rPr>
          <w:rFonts w:ascii="Times New Roman" w:eastAsiaTheme="majorEastAsia" w:hAnsi="Times New Roman" w:cs="Times New Roman"/>
          <w:color w:val="000000" w:themeColor="text1"/>
          <w:sz w:val="24"/>
          <w:szCs w:val="24"/>
          <w:lang w:val="da-DK"/>
        </w:rPr>
        <w:t>ihre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eigene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Fähigkeit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stärken</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Zukunft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mitzugestalten</w:t>
      </w:r>
      <w:proofErr w:type="spellEnd"/>
      <w:r w:rsidRPr="00F56BEF">
        <w:rPr>
          <w:rFonts w:ascii="Times New Roman" w:eastAsiaTheme="majorEastAsia" w:hAnsi="Times New Roman" w:cs="Times New Roman"/>
          <w:color w:val="000000" w:themeColor="text1"/>
          <w:sz w:val="24"/>
          <w:szCs w:val="24"/>
          <w:lang w:val="da-DK"/>
        </w:rPr>
        <w:t>.</w:t>
      </w:r>
    </w:p>
    <w:p w14:paraId="6174A136" w14:textId="77777777" w:rsidR="00A66F36" w:rsidRDefault="00A66F36"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lang w:val="da-DK"/>
        </w:rPr>
      </w:pPr>
      <w:proofErr w:type="spellStart"/>
      <w:r w:rsidRPr="00F56BEF">
        <w:rPr>
          <w:rFonts w:ascii="Times New Roman" w:eastAsiaTheme="majorEastAsia" w:hAnsi="Times New Roman" w:cs="Times New Roman"/>
          <w:color w:val="000000" w:themeColor="text1"/>
          <w:sz w:val="24"/>
          <w:szCs w:val="24"/>
          <w:lang w:val="da-DK"/>
        </w:rPr>
        <w:t>Nach</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einer</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erfolgreichen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ersten</w:t>
      </w:r>
      <w:proofErr w:type="spellEnd"/>
      <w:r w:rsidRPr="00F56BEF">
        <w:rPr>
          <w:rFonts w:ascii="Times New Roman" w:eastAsiaTheme="majorEastAsia" w:hAnsi="Times New Roman" w:cs="Times New Roman"/>
          <w:color w:val="000000" w:themeColor="text1"/>
          <w:sz w:val="24"/>
          <w:szCs w:val="24"/>
          <w:lang w:val="da-DK"/>
        </w:rPr>
        <w:t xml:space="preserve"> Projektrunde </w:t>
      </w:r>
      <w:proofErr w:type="spellStart"/>
      <w:r w:rsidRPr="00F56BEF">
        <w:rPr>
          <w:rFonts w:ascii="Times New Roman" w:eastAsiaTheme="majorEastAsia" w:hAnsi="Times New Roman" w:cs="Times New Roman"/>
          <w:color w:val="000000" w:themeColor="text1"/>
          <w:sz w:val="24"/>
          <w:szCs w:val="24"/>
          <w:lang w:val="da-DK"/>
        </w:rPr>
        <w:t>ist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nun</w:t>
      </w:r>
      <w:proofErr w:type="spellEnd"/>
      <w:r w:rsidRPr="00F56BEF">
        <w:rPr>
          <w:rFonts w:ascii="Times New Roman" w:eastAsiaTheme="majorEastAsia" w:hAnsi="Times New Roman" w:cs="Times New Roman"/>
          <w:color w:val="000000" w:themeColor="text1"/>
          <w:sz w:val="24"/>
          <w:szCs w:val="24"/>
          <w:lang w:val="da-DK"/>
        </w:rPr>
        <w:t xml:space="preserve"> die </w:t>
      </w:r>
      <w:proofErr w:type="spellStart"/>
      <w:r w:rsidRPr="00F56BEF">
        <w:rPr>
          <w:rFonts w:ascii="Times New Roman" w:eastAsiaTheme="majorEastAsia" w:hAnsi="Times New Roman" w:cs="Times New Roman"/>
          <w:color w:val="000000" w:themeColor="text1"/>
          <w:sz w:val="24"/>
          <w:szCs w:val="24"/>
          <w:lang w:val="da-DK"/>
        </w:rPr>
        <w:t>zweite</w:t>
      </w:r>
      <w:proofErr w:type="spellEnd"/>
      <w:r w:rsidRPr="00F56BEF">
        <w:rPr>
          <w:rFonts w:ascii="Times New Roman" w:eastAsiaTheme="majorEastAsia" w:hAnsi="Times New Roman" w:cs="Times New Roman"/>
          <w:color w:val="000000" w:themeColor="text1"/>
          <w:sz w:val="24"/>
          <w:szCs w:val="24"/>
          <w:lang w:val="da-DK"/>
        </w:rPr>
        <w:t xml:space="preserve"> Runde von FUSION gestartet. Im </w:t>
      </w:r>
      <w:proofErr w:type="spellStart"/>
      <w:r w:rsidRPr="00F56BEF">
        <w:rPr>
          <w:rFonts w:ascii="Times New Roman" w:eastAsiaTheme="majorEastAsia" w:hAnsi="Times New Roman" w:cs="Times New Roman"/>
          <w:color w:val="000000" w:themeColor="text1"/>
          <w:sz w:val="24"/>
          <w:szCs w:val="24"/>
          <w:lang w:val="da-DK"/>
        </w:rPr>
        <w:t>Laufe</w:t>
      </w:r>
      <w:proofErr w:type="spellEnd"/>
      <w:r w:rsidRPr="00F56BEF">
        <w:rPr>
          <w:rFonts w:ascii="Times New Roman" w:eastAsiaTheme="majorEastAsia" w:hAnsi="Times New Roman" w:cs="Times New Roman"/>
          <w:color w:val="000000" w:themeColor="text1"/>
          <w:sz w:val="24"/>
          <w:szCs w:val="24"/>
          <w:lang w:val="da-DK"/>
        </w:rPr>
        <w:t xml:space="preserve"> des Sommers </w:t>
      </w:r>
      <w:proofErr w:type="spellStart"/>
      <w:r w:rsidRPr="00F56BEF">
        <w:rPr>
          <w:rFonts w:ascii="Times New Roman" w:eastAsiaTheme="majorEastAsia" w:hAnsi="Times New Roman" w:cs="Times New Roman"/>
          <w:color w:val="000000" w:themeColor="text1"/>
          <w:sz w:val="24"/>
          <w:szCs w:val="24"/>
          <w:lang w:val="da-DK"/>
        </w:rPr>
        <w:t>ist</w:t>
      </w:r>
      <w:proofErr w:type="spellEnd"/>
      <w:r w:rsidRPr="00F56BEF">
        <w:rPr>
          <w:rFonts w:ascii="Times New Roman" w:eastAsiaTheme="majorEastAsia" w:hAnsi="Times New Roman" w:cs="Times New Roman"/>
          <w:color w:val="000000" w:themeColor="text1"/>
          <w:sz w:val="24"/>
          <w:szCs w:val="24"/>
          <w:lang w:val="da-DK"/>
        </w:rPr>
        <w:t xml:space="preserve"> das Projekt </w:t>
      </w:r>
      <w:proofErr w:type="spellStart"/>
      <w:r w:rsidRPr="00F56BEF">
        <w:rPr>
          <w:rFonts w:ascii="Times New Roman" w:eastAsiaTheme="majorEastAsia" w:hAnsi="Times New Roman" w:cs="Times New Roman"/>
          <w:color w:val="000000" w:themeColor="text1"/>
          <w:sz w:val="24"/>
          <w:szCs w:val="24"/>
          <w:lang w:val="da-DK"/>
        </w:rPr>
        <w:t>weiter</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gewachsen</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im</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Schuljahr</w:t>
      </w:r>
      <w:proofErr w:type="spellEnd"/>
      <w:r w:rsidRPr="00F56BEF">
        <w:rPr>
          <w:rFonts w:ascii="Times New Roman" w:eastAsiaTheme="majorEastAsia" w:hAnsi="Times New Roman" w:cs="Times New Roman"/>
          <w:color w:val="000000" w:themeColor="text1"/>
          <w:sz w:val="24"/>
          <w:szCs w:val="24"/>
          <w:lang w:val="da-DK"/>
        </w:rPr>
        <w:t xml:space="preserve"> 2026/2027 </w:t>
      </w:r>
      <w:proofErr w:type="spellStart"/>
      <w:r w:rsidRPr="00F56BEF">
        <w:rPr>
          <w:rFonts w:ascii="Times New Roman" w:eastAsiaTheme="majorEastAsia" w:hAnsi="Times New Roman" w:cs="Times New Roman"/>
          <w:color w:val="000000" w:themeColor="text1"/>
          <w:sz w:val="24"/>
          <w:szCs w:val="24"/>
          <w:lang w:val="da-DK"/>
        </w:rPr>
        <w:t>nehmen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inzwischen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mehr</w:t>
      </w:r>
      <w:proofErr w:type="spellEnd"/>
      <w:r w:rsidRPr="00F56BEF">
        <w:rPr>
          <w:rFonts w:ascii="Times New Roman" w:eastAsiaTheme="majorEastAsia" w:hAnsi="Times New Roman" w:cs="Times New Roman"/>
          <w:color w:val="000000" w:themeColor="text1"/>
          <w:sz w:val="24"/>
          <w:szCs w:val="24"/>
          <w:lang w:val="da-DK"/>
        </w:rPr>
        <w:t xml:space="preserve"> als 320 </w:t>
      </w:r>
      <w:proofErr w:type="spellStart"/>
      <w:r w:rsidRPr="00F56BEF">
        <w:rPr>
          <w:rFonts w:ascii="Times New Roman" w:eastAsiaTheme="majorEastAsia" w:hAnsi="Times New Roman" w:cs="Times New Roman"/>
          <w:color w:val="000000" w:themeColor="text1"/>
          <w:sz w:val="24"/>
          <w:szCs w:val="24"/>
          <w:lang w:val="da-DK"/>
        </w:rPr>
        <w:t>Schülerinnen</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Schüler</w:t>
      </w:r>
      <w:proofErr w:type="spellEnd"/>
      <w:r w:rsidRPr="00F56BEF">
        <w:rPr>
          <w:rFonts w:ascii="Times New Roman" w:eastAsiaTheme="majorEastAsia" w:hAnsi="Times New Roman" w:cs="Times New Roman"/>
          <w:color w:val="000000" w:themeColor="text1"/>
          <w:sz w:val="24"/>
          <w:szCs w:val="24"/>
          <w:lang w:val="da-DK"/>
        </w:rPr>
        <w:t xml:space="preserve"> von </w:t>
      </w:r>
      <w:proofErr w:type="spellStart"/>
      <w:r w:rsidRPr="00F56BEF">
        <w:rPr>
          <w:rFonts w:ascii="Times New Roman" w:eastAsiaTheme="majorEastAsia" w:hAnsi="Times New Roman" w:cs="Times New Roman"/>
          <w:color w:val="000000" w:themeColor="text1"/>
          <w:sz w:val="24"/>
          <w:szCs w:val="24"/>
          <w:lang w:val="da-DK"/>
        </w:rPr>
        <w:t>zehn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verschiedenen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dänischen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deutschen</w:t>
      </w:r>
      <w:proofErr w:type="spellEnd"/>
      <w:r w:rsidRPr="00F56BEF">
        <w:rPr>
          <w:rFonts w:ascii="Times New Roman" w:eastAsiaTheme="majorEastAsia" w:hAnsi="Times New Roman" w:cs="Times New Roman"/>
          <w:color w:val="000000" w:themeColor="text1"/>
          <w:sz w:val="24"/>
          <w:szCs w:val="24"/>
          <w:lang w:val="da-DK"/>
        </w:rPr>
        <w:t xml:space="preserve"> und </w:t>
      </w:r>
      <w:proofErr w:type="spellStart"/>
      <w:r w:rsidRPr="00F56BEF">
        <w:rPr>
          <w:rFonts w:ascii="Times New Roman" w:eastAsiaTheme="majorEastAsia" w:hAnsi="Times New Roman" w:cs="Times New Roman"/>
          <w:color w:val="000000" w:themeColor="text1"/>
          <w:sz w:val="24"/>
          <w:szCs w:val="24"/>
          <w:lang w:val="da-DK"/>
        </w:rPr>
        <w:t>deutsch-dänischen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Gymnasien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teil</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Wie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bereits</w:t>
      </w:r>
      <w:proofErr w:type="spellEnd"/>
      <w:r w:rsidRPr="00F56BEF">
        <w:rPr>
          <w:rFonts w:ascii="Times New Roman" w:eastAsiaTheme="majorEastAsia" w:hAnsi="Times New Roman" w:cs="Times New Roman"/>
          <w:color w:val="000000" w:themeColor="text1"/>
          <w:sz w:val="24"/>
          <w:szCs w:val="24"/>
          <w:lang w:val="da-DK"/>
        </w:rPr>
        <w:t xml:space="preserve"> in der </w:t>
      </w:r>
      <w:proofErr w:type="spellStart"/>
      <w:r w:rsidRPr="00F56BEF">
        <w:rPr>
          <w:rFonts w:ascii="Times New Roman" w:eastAsiaTheme="majorEastAsia" w:hAnsi="Times New Roman" w:cs="Times New Roman"/>
          <w:color w:val="000000" w:themeColor="text1"/>
          <w:sz w:val="24"/>
          <w:szCs w:val="24"/>
          <w:lang w:val="da-DK"/>
        </w:rPr>
        <w:t>ersten</w:t>
      </w:r>
      <w:proofErr w:type="spellEnd"/>
      <w:r w:rsidRPr="00F56BEF">
        <w:rPr>
          <w:rFonts w:ascii="Times New Roman" w:eastAsiaTheme="majorEastAsia" w:hAnsi="Times New Roman" w:cs="Times New Roman"/>
          <w:color w:val="000000" w:themeColor="text1"/>
          <w:sz w:val="24"/>
          <w:szCs w:val="24"/>
          <w:lang w:val="da-DK"/>
        </w:rPr>
        <w:t xml:space="preserve"> Projektrunde </w:t>
      </w:r>
      <w:proofErr w:type="spellStart"/>
      <w:r w:rsidRPr="00F56BEF">
        <w:rPr>
          <w:rFonts w:ascii="Times New Roman" w:eastAsiaTheme="majorEastAsia" w:hAnsi="Times New Roman" w:cs="Times New Roman"/>
          <w:color w:val="000000" w:themeColor="text1"/>
          <w:sz w:val="24"/>
          <w:szCs w:val="24"/>
          <w:lang w:val="da-DK"/>
        </w:rPr>
        <w:t>wird</w:t>
      </w:r>
      <w:proofErr w:type="spellEnd"/>
      <w:r w:rsidRPr="00F56BEF">
        <w:rPr>
          <w:rFonts w:ascii="Times New Roman" w:eastAsiaTheme="majorEastAsia" w:hAnsi="Times New Roman" w:cs="Times New Roman"/>
          <w:color w:val="000000" w:themeColor="text1"/>
          <w:sz w:val="24"/>
          <w:szCs w:val="24"/>
          <w:lang w:val="da-DK"/>
        </w:rPr>
        <w:t xml:space="preserve"> der </w:t>
      </w:r>
      <w:proofErr w:type="spellStart"/>
      <w:r w:rsidRPr="00F56BEF">
        <w:rPr>
          <w:rFonts w:ascii="Times New Roman" w:eastAsiaTheme="majorEastAsia" w:hAnsi="Times New Roman" w:cs="Times New Roman"/>
          <w:color w:val="000000" w:themeColor="text1"/>
          <w:sz w:val="24"/>
          <w:szCs w:val="24"/>
          <w:lang w:val="da-DK"/>
        </w:rPr>
        <w:t>Englischunterricht</w:t>
      </w:r>
      <w:proofErr w:type="spellEnd"/>
      <w:r w:rsidRPr="00F56BEF">
        <w:rPr>
          <w:rFonts w:ascii="Times New Roman" w:eastAsiaTheme="majorEastAsia" w:hAnsi="Times New Roman" w:cs="Times New Roman"/>
          <w:color w:val="000000" w:themeColor="text1"/>
          <w:sz w:val="24"/>
          <w:szCs w:val="24"/>
          <w:lang w:val="da-DK"/>
        </w:rPr>
        <w:t xml:space="preserve"> der </w:t>
      </w:r>
      <w:proofErr w:type="spellStart"/>
      <w:r w:rsidRPr="00F56BEF">
        <w:rPr>
          <w:rFonts w:ascii="Times New Roman" w:eastAsiaTheme="majorEastAsia" w:hAnsi="Times New Roman" w:cs="Times New Roman"/>
          <w:color w:val="000000" w:themeColor="text1"/>
          <w:sz w:val="24"/>
          <w:szCs w:val="24"/>
          <w:lang w:val="da-DK"/>
        </w:rPr>
        <w:t>teilnehmenden</w:t>
      </w:r>
      <w:proofErr w:type="spellEnd"/>
      <w:r w:rsidRPr="00F56BEF">
        <w:rPr>
          <w:rFonts w:ascii="Times New Roman" w:eastAsiaTheme="majorEastAsia" w:hAnsi="Times New Roman" w:cs="Times New Roman"/>
          <w:color w:val="000000" w:themeColor="text1"/>
          <w:sz w:val="24"/>
          <w:szCs w:val="24"/>
          <w:lang w:val="da-DK"/>
        </w:rPr>
        <w:t xml:space="preserve"> Klassen mit </w:t>
      </w:r>
      <w:proofErr w:type="spellStart"/>
      <w:r w:rsidRPr="00F56BEF">
        <w:rPr>
          <w:rFonts w:ascii="Times New Roman" w:eastAsiaTheme="majorEastAsia" w:hAnsi="Times New Roman" w:cs="Times New Roman"/>
          <w:color w:val="000000" w:themeColor="text1"/>
          <w:sz w:val="24"/>
          <w:szCs w:val="24"/>
          <w:lang w:val="da-DK"/>
        </w:rPr>
        <w:t>einem</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Climate</w:t>
      </w:r>
      <w:proofErr w:type="spellEnd"/>
      <w:r w:rsidRPr="00F56BEF">
        <w:rPr>
          <w:rFonts w:ascii="Times New Roman" w:eastAsiaTheme="majorEastAsia" w:hAnsi="Times New Roman" w:cs="Times New Roman"/>
          <w:color w:val="000000" w:themeColor="text1"/>
          <w:sz w:val="24"/>
          <w:szCs w:val="24"/>
          <w:lang w:val="da-DK"/>
        </w:rPr>
        <w:t xml:space="preserve"> Action Camp in Odense </w:t>
      </w:r>
      <w:proofErr w:type="spellStart"/>
      <w:r w:rsidRPr="00F56BEF">
        <w:rPr>
          <w:rFonts w:ascii="Times New Roman" w:eastAsiaTheme="majorEastAsia" w:hAnsi="Times New Roman" w:cs="Times New Roman"/>
          <w:color w:val="000000" w:themeColor="text1"/>
          <w:sz w:val="24"/>
          <w:szCs w:val="24"/>
          <w:lang w:val="da-DK"/>
        </w:rPr>
        <w:t>kombiniert</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bei</w:t>
      </w:r>
      <w:proofErr w:type="spellEnd"/>
      <w:r w:rsidRPr="00F56BEF">
        <w:rPr>
          <w:rFonts w:ascii="Times New Roman" w:eastAsiaTheme="majorEastAsia" w:hAnsi="Times New Roman" w:cs="Times New Roman"/>
          <w:color w:val="000000" w:themeColor="text1"/>
          <w:sz w:val="24"/>
          <w:szCs w:val="24"/>
          <w:lang w:val="da-DK"/>
        </w:rPr>
        <w:t xml:space="preserve"> dem </w:t>
      </w:r>
      <w:proofErr w:type="spellStart"/>
      <w:r w:rsidRPr="00F56BEF">
        <w:rPr>
          <w:rFonts w:ascii="Times New Roman" w:eastAsiaTheme="majorEastAsia" w:hAnsi="Times New Roman" w:cs="Times New Roman"/>
          <w:color w:val="000000" w:themeColor="text1"/>
          <w:sz w:val="24"/>
          <w:szCs w:val="24"/>
          <w:lang w:val="da-DK"/>
        </w:rPr>
        <w:t>neue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Schülergruppen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grenzüberschreitend</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zusammenkommen</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um</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gemeinsam</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mögliche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Klimazukünfte</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zu</w:t>
      </w:r>
      <w:proofErr w:type="spellEnd"/>
      <w:r w:rsidRPr="00F56BEF">
        <w:rPr>
          <w:rFonts w:ascii="Times New Roman" w:eastAsiaTheme="majorEastAsia" w:hAnsi="Times New Roman" w:cs="Times New Roman"/>
          <w:color w:val="000000" w:themeColor="text1"/>
          <w:sz w:val="24"/>
          <w:szCs w:val="24"/>
          <w:lang w:val="da-DK"/>
        </w:rPr>
        <w:t xml:space="preserve"> </w:t>
      </w:r>
      <w:proofErr w:type="spellStart"/>
      <w:r w:rsidRPr="00F56BEF">
        <w:rPr>
          <w:rFonts w:ascii="Times New Roman" w:eastAsiaTheme="majorEastAsia" w:hAnsi="Times New Roman" w:cs="Times New Roman"/>
          <w:color w:val="000000" w:themeColor="text1"/>
          <w:sz w:val="24"/>
          <w:szCs w:val="24"/>
          <w:lang w:val="da-DK"/>
        </w:rPr>
        <w:t>erforschen</w:t>
      </w:r>
      <w:proofErr w:type="spellEnd"/>
      <w:r w:rsidRPr="00F56BEF">
        <w:rPr>
          <w:rFonts w:ascii="Times New Roman" w:eastAsiaTheme="majorEastAsia" w:hAnsi="Times New Roman" w:cs="Times New Roman"/>
          <w:color w:val="000000" w:themeColor="text1"/>
          <w:sz w:val="24"/>
          <w:szCs w:val="24"/>
          <w:lang w:val="da-DK"/>
        </w:rPr>
        <w:t>.</w:t>
      </w:r>
    </w:p>
    <w:p w14:paraId="548D044A" w14:textId="6FF16B6A" w:rsidR="006C726C" w:rsidRPr="006C726C" w:rsidRDefault="006C726C" w:rsidP="00A66F36">
      <w:pPr>
        <w:spacing w:before="100" w:beforeAutospacing="1" w:after="100" w:afterAutospacing="1" w:line="240" w:lineRule="auto"/>
        <w:outlineLvl w:val="0"/>
        <w:rPr>
          <w:rFonts w:ascii="Times New Roman" w:eastAsiaTheme="majorEastAsia" w:hAnsi="Times New Roman" w:cs="Times New Roman"/>
          <w:color w:val="000000" w:themeColor="text1"/>
          <w:sz w:val="24"/>
          <w:szCs w:val="24"/>
        </w:rPr>
      </w:pPr>
      <w:r w:rsidRPr="006C726C">
        <w:rPr>
          <w:rFonts w:ascii="Times New Roman" w:eastAsiaTheme="majorEastAsia" w:hAnsi="Times New Roman" w:cs="Times New Roman"/>
          <w:color w:val="000000" w:themeColor="text1"/>
          <w:sz w:val="24"/>
          <w:szCs w:val="24"/>
        </w:rPr>
        <w:t xml:space="preserve">Schau </w:t>
      </w:r>
      <w:proofErr w:type="spellStart"/>
      <w:r w:rsidRPr="006C726C">
        <w:rPr>
          <w:rFonts w:ascii="Times New Roman" w:eastAsiaTheme="majorEastAsia" w:hAnsi="Times New Roman" w:cs="Times New Roman"/>
          <w:color w:val="000000" w:themeColor="text1"/>
          <w:sz w:val="24"/>
          <w:szCs w:val="24"/>
        </w:rPr>
        <w:t>dir</w:t>
      </w:r>
      <w:proofErr w:type="spellEnd"/>
      <w:r w:rsidRPr="006C726C">
        <w:rPr>
          <w:rFonts w:ascii="Times New Roman" w:eastAsiaTheme="majorEastAsia" w:hAnsi="Times New Roman" w:cs="Times New Roman"/>
          <w:color w:val="000000" w:themeColor="text1"/>
          <w:sz w:val="24"/>
          <w:szCs w:val="24"/>
        </w:rPr>
        <w:t xml:space="preserve"> an, </w:t>
      </w:r>
      <w:proofErr w:type="spellStart"/>
      <w:r w:rsidRPr="006C726C">
        <w:rPr>
          <w:rFonts w:ascii="Times New Roman" w:eastAsiaTheme="majorEastAsia" w:hAnsi="Times New Roman" w:cs="Times New Roman"/>
          <w:color w:val="000000" w:themeColor="text1"/>
          <w:sz w:val="24"/>
          <w:szCs w:val="24"/>
        </w:rPr>
        <w:t>wie</w:t>
      </w:r>
      <w:proofErr w:type="spellEnd"/>
      <w:r w:rsidRPr="006C726C">
        <w:rPr>
          <w:rFonts w:ascii="Times New Roman" w:eastAsiaTheme="majorEastAsia" w:hAnsi="Times New Roman" w:cs="Times New Roman"/>
          <w:color w:val="000000" w:themeColor="text1"/>
          <w:sz w:val="24"/>
          <w:szCs w:val="24"/>
        </w:rPr>
        <w:t xml:space="preserve"> das </w:t>
      </w:r>
      <w:proofErr w:type="spellStart"/>
      <w:r w:rsidRPr="006C726C">
        <w:rPr>
          <w:rFonts w:ascii="Times New Roman" w:eastAsiaTheme="majorEastAsia" w:hAnsi="Times New Roman" w:cs="Times New Roman"/>
          <w:color w:val="000000" w:themeColor="text1"/>
          <w:sz w:val="24"/>
          <w:szCs w:val="24"/>
        </w:rPr>
        <w:t>erste</w:t>
      </w:r>
      <w:proofErr w:type="spellEnd"/>
      <w:r w:rsidRPr="006C726C">
        <w:rPr>
          <w:rFonts w:ascii="Times New Roman" w:eastAsiaTheme="majorEastAsia" w:hAnsi="Times New Roman" w:cs="Times New Roman"/>
          <w:color w:val="000000" w:themeColor="text1"/>
          <w:sz w:val="24"/>
          <w:szCs w:val="24"/>
        </w:rPr>
        <w:t xml:space="preserve"> Climate Action Camp </w:t>
      </w:r>
      <w:proofErr w:type="spellStart"/>
      <w:r w:rsidRPr="006C726C">
        <w:rPr>
          <w:rFonts w:ascii="Times New Roman" w:eastAsiaTheme="majorEastAsia" w:hAnsi="Times New Roman" w:cs="Times New Roman"/>
          <w:color w:val="000000" w:themeColor="text1"/>
          <w:sz w:val="24"/>
          <w:szCs w:val="24"/>
        </w:rPr>
        <w:t>ablief</w:t>
      </w:r>
      <w:proofErr w:type="spellEnd"/>
      <w:r w:rsidRPr="006C726C">
        <w:rPr>
          <w:rFonts w:ascii="Times New Roman" w:eastAsiaTheme="majorEastAsia" w:hAnsi="Times New Roman" w:cs="Times New Roman"/>
          <w:color w:val="000000" w:themeColor="text1"/>
          <w:sz w:val="24"/>
          <w:szCs w:val="24"/>
        </w:rPr>
        <w:t>:</w:t>
      </w:r>
      <w:r>
        <w:rPr>
          <w:rFonts w:ascii="Times New Roman" w:eastAsiaTheme="majorEastAsia" w:hAnsi="Times New Roman" w:cs="Times New Roman"/>
          <w:color w:val="000000" w:themeColor="text1"/>
          <w:sz w:val="24"/>
          <w:szCs w:val="24"/>
        </w:rPr>
        <w:br/>
      </w:r>
      <w:hyperlink r:id="rId7" w:history="1">
        <w:r w:rsidRPr="006C726C">
          <w:rPr>
            <w:rStyle w:val="Hyperlink"/>
            <w:rFonts w:ascii="Times New Roman" w:eastAsia="Times New Roman" w:hAnsi="Times New Roman" w:cs="Times New Roman"/>
            <w:sz w:val="24"/>
            <w:szCs w:val="24"/>
          </w:rPr>
          <w:t>https://youtu.be/1H83HG11MLA?si=5fDwpa6Zjkf0mlM7</w:t>
        </w:r>
      </w:hyperlink>
      <w:r w:rsidRPr="006C726C">
        <w:rPr>
          <w:rFonts w:ascii="Times New Roman" w:eastAsia="Times New Roman" w:hAnsi="Times New Roman" w:cs="Times New Roman"/>
          <w:sz w:val="24"/>
          <w:szCs w:val="24"/>
        </w:rPr>
        <w:t xml:space="preserve"> </w:t>
      </w:r>
    </w:p>
    <w:p w14:paraId="27180DC7" w14:textId="77777777" w:rsidR="00BB2593" w:rsidRPr="006C726C" w:rsidRDefault="00BB2593" w:rsidP="00BB2593">
      <w:pPr>
        <w:pBdr>
          <w:bottom w:val="single" w:sz="12" w:space="1" w:color="auto"/>
        </w:pBdr>
        <w:spacing w:before="100" w:beforeAutospacing="1" w:after="100" w:afterAutospacing="1" w:line="240" w:lineRule="auto"/>
        <w:rPr>
          <w:rFonts w:ascii="Times New Roman" w:eastAsia="Times New Roman" w:hAnsi="Times New Roman" w:cs="Times New Roman"/>
          <w:sz w:val="24"/>
          <w:szCs w:val="24"/>
        </w:rPr>
      </w:pPr>
    </w:p>
    <w:p w14:paraId="75A7F222" w14:textId="77777777" w:rsidR="00BB2593" w:rsidRPr="006C726C" w:rsidRDefault="00BB2593" w:rsidP="00BB2593">
      <w:pPr>
        <w:spacing w:before="100" w:beforeAutospacing="1" w:after="100" w:afterAutospacing="1" w:line="240" w:lineRule="auto"/>
        <w:rPr>
          <w:rFonts w:ascii="Times New Roman" w:eastAsia="Times New Roman" w:hAnsi="Times New Roman" w:cs="Times New Roman"/>
          <w:sz w:val="24"/>
          <w:szCs w:val="24"/>
        </w:rPr>
      </w:pPr>
    </w:p>
    <w:p w14:paraId="4182C6E6" w14:textId="63031E77" w:rsidR="00BB2593" w:rsidRPr="005C5F3D" w:rsidRDefault="00BB2593" w:rsidP="003A1C3F">
      <w:pPr>
        <w:rPr>
          <w:rStyle w:val="s1"/>
          <w:rFonts w:ascii="Times New Roman" w:eastAsiaTheme="majorEastAsia" w:hAnsi="Times New Roman" w:cs="Times New Roman"/>
          <w:b/>
          <w:bCs/>
          <w:color w:val="000000" w:themeColor="text1"/>
          <w:sz w:val="28"/>
          <w:szCs w:val="28"/>
          <w:u w:val="single"/>
          <w:lang w:val="da-DK"/>
        </w:rPr>
      </w:pPr>
      <w:r w:rsidRPr="005C5F3D">
        <w:rPr>
          <w:rStyle w:val="s1"/>
          <w:rFonts w:ascii="Times New Roman" w:eastAsiaTheme="majorEastAsia" w:hAnsi="Times New Roman" w:cs="Times New Roman"/>
          <w:b/>
          <w:bCs/>
          <w:color w:val="000000" w:themeColor="text1"/>
          <w:sz w:val="28"/>
          <w:szCs w:val="28"/>
          <w:u w:val="single"/>
          <w:lang w:val="da-DK"/>
        </w:rPr>
        <w:t>Danish</w:t>
      </w:r>
    </w:p>
    <w:p w14:paraId="05C3EA4D" w14:textId="77777777" w:rsidR="00BB2593" w:rsidRPr="00BB2593" w:rsidRDefault="00BB2593" w:rsidP="00BB2593">
      <w:pPr>
        <w:rPr>
          <w:rFonts w:ascii="Times New Roman" w:eastAsia="Times New Roman" w:hAnsi="Times New Roman" w:cs="Times New Roman"/>
          <w:b/>
          <w:bCs/>
          <w:sz w:val="24"/>
          <w:szCs w:val="24"/>
          <w:lang w:val="da-DK"/>
        </w:rPr>
      </w:pPr>
      <w:r w:rsidRPr="00BB2593">
        <w:rPr>
          <w:rFonts w:ascii="Times New Roman" w:eastAsia="Times New Roman" w:hAnsi="Times New Roman" w:cs="Times New Roman"/>
          <w:b/>
          <w:bCs/>
          <w:sz w:val="24"/>
          <w:szCs w:val="24"/>
          <w:lang w:val="da-DK"/>
        </w:rPr>
        <w:lastRenderedPageBreak/>
        <w:t>Forestillinger om 2066: Danske og tyske elever udforskede klimafremtider sammen</w:t>
      </w:r>
    </w:p>
    <w:p w14:paraId="48004F55" w14:textId="77777777" w:rsidR="00BB2593" w:rsidRPr="00BB2593" w:rsidRDefault="00BB2593" w:rsidP="00BB2593">
      <w:pPr>
        <w:rPr>
          <w:rFonts w:ascii="Times New Roman" w:eastAsia="Times New Roman" w:hAnsi="Times New Roman" w:cs="Times New Roman"/>
          <w:sz w:val="24"/>
          <w:szCs w:val="24"/>
          <w:lang w:val="da-DK"/>
        </w:rPr>
      </w:pPr>
      <w:r w:rsidRPr="00BB2593">
        <w:rPr>
          <w:rFonts w:ascii="Times New Roman" w:eastAsia="Times New Roman" w:hAnsi="Times New Roman" w:cs="Times New Roman"/>
          <w:sz w:val="24"/>
          <w:szCs w:val="24"/>
          <w:lang w:val="da-DK"/>
        </w:rPr>
        <w:t>Mere end 200 gymnasieelever fra Danmark og Tyskland deltog for nylig i FUSION – et grænseoverskridende projekt, der inviterede unge til at forestille sig livet i 2066 og reflektere over, hvordan de valg, vi træffer i dag, kan forme de kommende årtier.</w:t>
      </w:r>
    </w:p>
    <w:p w14:paraId="4EF05508" w14:textId="0203F1BD" w:rsidR="00BB2593" w:rsidRPr="005C5F3D" w:rsidRDefault="00BB2593" w:rsidP="00BB2593">
      <w:pPr>
        <w:rPr>
          <w:rFonts w:ascii="Times New Roman" w:eastAsia="Times New Roman" w:hAnsi="Times New Roman" w:cs="Times New Roman"/>
          <w:sz w:val="24"/>
          <w:szCs w:val="24"/>
          <w:lang w:val="da-DK"/>
        </w:rPr>
      </w:pPr>
      <w:r w:rsidRPr="00BB2593">
        <w:rPr>
          <w:rFonts w:ascii="Times New Roman" w:eastAsia="Times New Roman" w:hAnsi="Times New Roman" w:cs="Times New Roman"/>
          <w:sz w:val="24"/>
          <w:szCs w:val="24"/>
          <w:lang w:val="da-DK"/>
        </w:rPr>
        <w:t xml:space="preserve">Et af projektets centrale højdepunkter fandt sted i april, da de deltagende elever mødtes i Odense til FUSION </w:t>
      </w:r>
      <w:proofErr w:type="spellStart"/>
      <w:r w:rsidRPr="00BB2593">
        <w:rPr>
          <w:rFonts w:ascii="Times New Roman" w:eastAsia="Times New Roman" w:hAnsi="Times New Roman" w:cs="Times New Roman"/>
          <w:sz w:val="24"/>
          <w:szCs w:val="24"/>
          <w:lang w:val="da-DK"/>
        </w:rPr>
        <w:t>Climate</w:t>
      </w:r>
      <w:proofErr w:type="spellEnd"/>
      <w:r w:rsidRPr="00BB2593">
        <w:rPr>
          <w:rFonts w:ascii="Times New Roman" w:eastAsia="Times New Roman" w:hAnsi="Times New Roman" w:cs="Times New Roman"/>
          <w:sz w:val="24"/>
          <w:szCs w:val="24"/>
          <w:lang w:val="da-DK"/>
        </w:rPr>
        <w:t xml:space="preserve"> Action Camp. </w:t>
      </w:r>
      <w:r w:rsidRPr="005C5F3D">
        <w:rPr>
          <w:rFonts w:ascii="Times New Roman" w:eastAsia="Times New Roman" w:hAnsi="Times New Roman" w:cs="Times New Roman"/>
          <w:sz w:val="24"/>
          <w:szCs w:val="24"/>
          <w:lang w:val="da-DK"/>
        </w:rPr>
        <w:t>I løbet af to dage arbejdede de i dansk-tyske teams, udforskede mulige klimafremtider gennem improvisation og udviklede personlige fremtidsjobprofiler samt idéer til individuel og fælles klimahandling.</w:t>
      </w:r>
    </w:p>
    <w:p w14:paraId="74FAF5FC" w14:textId="77777777" w:rsidR="00BB2593" w:rsidRPr="005C5F3D" w:rsidRDefault="00BB2593" w:rsidP="00BB2593">
      <w:pPr>
        <w:rPr>
          <w:rFonts w:ascii="Times New Roman" w:eastAsia="Times New Roman" w:hAnsi="Times New Roman" w:cs="Times New Roman"/>
          <w:sz w:val="24"/>
          <w:szCs w:val="24"/>
          <w:lang w:val="da-DK"/>
        </w:rPr>
      </w:pPr>
      <w:r w:rsidRPr="005C5F3D">
        <w:rPr>
          <w:rFonts w:ascii="Times New Roman" w:eastAsia="Times New Roman" w:hAnsi="Times New Roman" w:cs="Times New Roman"/>
          <w:sz w:val="24"/>
          <w:szCs w:val="24"/>
          <w:lang w:val="da-DK"/>
        </w:rPr>
        <w:t>FUSION er et samarbejde mellem Syddansk Universitet, Christian-Albrechts-</w:t>
      </w:r>
      <w:proofErr w:type="spellStart"/>
      <w:r w:rsidRPr="005C5F3D">
        <w:rPr>
          <w:rFonts w:ascii="Times New Roman" w:eastAsia="Times New Roman" w:hAnsi="Times New Roman" w:cs="Times New Roman"/>
          <w:sz w:val="24"/>
          <w:szCs w:val="24"/>
          <w:lang w:val="da-DK"/>
        </w:rPr>
        <w:t>Universität</w:t>
      </w:r>
      <w:proofErr w:type="spellEnd"/>
      <w:r w:rsidRPr="005C5F3D">
        <w:rPr>
          <w:rFonts w:ascii="Times New Roman" w:eastAsia="Times New Roman" w:hAnsi="Times New Roman" w:cs="Times New Roman"/>
          <w:sz w:val="24"/>
          <w:szCs w:val="24"/>
          <w:lang w:val="da-DK"/>
        </w:rPr>
        <w:t xml:space="preserve"> </w:t>
      </w:r>
      <w:proofErr w:type="spellStart"/>
      <w:r w:rsidRPr="005C5F3D">
        <w:rPr>
          <w:rFonts w:ascii="Times New Roman" w:eastAsia="Times New Roman" w:hAnsi="Times New Roman" w:cs="Times New Roman"/>
          <w:sz w:val="24"/>
          <w:szCs w:val="24"/>
          <w:lang w:val="da-DK"/>
        </w:rPr>
        <w:t>zu</w:t>
      </w:r>
      <w:proofErr w:type="spellEnd"/>
      <w:r w:rsidRPr="005C5F3D">
        <w:rPr>
          <w:rFonts w:ascii="Times New Roman" w:eastAsia="Times New Roman" w:hAnsi="Times New Roman" w:cs="Times New Roman"/>
          <w:sz w:val="24"/>
          <w:szCs w:val="24"/>
          <w:lang w:val="da-DK"/>
        </w:rPr>
        <w:t xml:space="preserve"> Kiel og syv partnergymnasier i den dansk-tyske grænseregion. Projektet kombinerer </w:t>
      </w:r>
      <w:proofErr w:type="spellStart"/>
      <w:r w:rsidRPr="005C5F3D">
        <w:rPr>
          <w:rFonts w:ascii="Times New Roman" w:eastAsia="Times New Roman" w:hAnsi="Times New Roman" w:cs="Times New Roman"/>
          <w:sz w:val="24"/>
          <w:szCs w:val="24"/>
          <w:lang w:val="da-DK"/>
        </w:rPr>
        <w:t>climate</w:t>
      </w:r>
      <w:proofErr w:type="spellEnd"/>
      <w:r w:rsidRPr="005C5F3D">
        <w:rPr>
          <w:rFonts w:ascii="Times New Roman" w:eastAsia="Times New Roman" w:hAnsi="Times New Roman" w:cs="Times New Roman"/>
          <w:sz w:val="24"/>
          <w:szCs w:val="24"/>
          <w:lang w:val="da-DK"/>
        </w:rPr>
        <w:t xml:space="preserve"> fiction, </w:t>
      </w:r>
      <w:proofErr w:type="spellStart"/>
      <w:r w:rsidRPr="005C5F3D">
        <w:rPr>
          <w:rFonts w:ascii="Times New Roman" w:eastAsia="Times New Roman" w:hAnsi="Times New Roman" w:cs="Times New Roman"/>
          <w:sz w:val="24"/>
          <w:szCs w:val="24"/>
          <w:lang w:val="da-DK"/>
        </w:rPr>
        <w:t>citizen</w:t>
      </w:r>
      <w:proofErr w:type="spellEnd"/>
      <w:r w:rsidRPr="005C5F3D">
        <w:rPr>
          <w:rFonts w:ascii="Times New Roman" w:eastAsia="Times New Roman" w:hAnsi="Times New Roman" w:cs="Times New Roman"/>
          <w:sz w:val="24"/>
          <w:szCs w:val="24"/>
          <w:lang w:val="da-DK"/>
        </w:rPr>
        <w:t xml:space="preserve"> science, improvisationsteater og fremtidstænkning for at give unge nye måder at arbejde med klimaforandringer på – med fokus på refleksion, kreativitet og handling.</w:t>
      </w:r>
    </w:p>
    <w:p w14:paraId="5ABBBBD5" w14:textId="1556F5F4" w:rsidR="00BB2593" w:rsidRPr="005C5F3D" w:rsidRDefault="00BB2593" w:rsidP="00BB2593">
      <w:pPr>
        <w:rPr>
          <w:rFonts w:ascii="Times New Roman" w:eastAsia="Times New Roman" w:hAnsi="Times New Roman" w:cs="Times New Roman"/>
          <w:sz w:val="24"/>
          <w:szCs w:val="24"/>
          <w:lang w:val="da-DK"/>
        </w:rPr>
      </w:pPr>
      <w:r w:rsidRPr="005C5F3D">
        <w:rPr>
          <w:rFonts w:ascii="Times New Roman" w:eastAsia="Times New Roman" w:hAnsi="Times New Roman" w:cs="Times New Roman"/>
          <w:sz w:val="24"/>
          <w:szCs w:val="24"/>
          <w:lang w:val="da-DK"/>
        </w:rPr>
        <w:t>Projektet begyndte</w:t>
      </w:r>
      <w:r w:rsidR="005C5F3D">
        <w:rPr>
          <w:rFonts w:ascii="Times New Roman" w:eastAsia="Times New Roman" w:hAnsi="Times New Roman" w:cs="Times New Roman"/>
          <w:sz w:val="24"/>
          <w:szCs w:val="24"/>
          <w:lang w:val="da-DK"/>
        </w:rPr>
        <w:t xml:space="preserve"> i slutningen af </w:t>
      </w:r>
      <w:r w:rsidR="00244727">
        <w:rPr>
          <w:rFonts w:ascii="Times New Roman" w:eastAsia="Times New Roman" w:hAnsi="Times New Roman" w:cs="Times New Roman"/>
          <w:sz w:val="24"/>
          <w:szCs w:val="24"/>
          <w:lang w:val="da-DK"/>
        </w:rPr>
        <w:t>2025</w:t>
      </w:r>
      <w:r w:rsidRPr="005C5F3D">
        <w:rPr>
          <w:rFonts w:ascii="Times New Roman" w:eastAsia="Times New Roman" w:hAnsi="Times New Roman" w:cs="Times New Roman"/>
          <w:sz w:val="24"/>
          <w:szCs w:val="24"/>
          <w:lang w:val="da-DK"/>
        </w:rPr>
        <w:t xml:space="preserve"> med kick-</w:t>
      </w:r>
      <w:proofErr w:type="spellStart"/>
      <w:r w:rsidRPr="005C5F3D">
        <w:rPr>
          <w:rFonts w:ascii="Times New Roman" w:eastAsia="Times New Roman" w:hAnsi="Times New Roman" w:cs="Times New Roman"/>
          <w:sz w:val="24"/>
          <w:szCs w:val="24"/>
          <w:lang w:val="da-DK"/>
        </w:rPr>
        <w:t>off</w:t>
      </w:r>
      <w:proofErr w:type="spellEnd"/>
      <w:r w:rsidRPr="005C5F3D">
        <w:rPr>
          <w:rFonts w:ascii="Times New Roman" w:eastAsia="Times New Roman" w:hAnsi="Times New Roman" w:cs="Times New Roman"/>
          <w:sz w:val="24"/>
          <w:szCs w:val="24"/>
          <w:lang w:val="da-DK"/>
        </w:rPr>
        <w:t>-arrangementer i Danmark og Tyskland, hvor eleverne mødtes i deres nationale grupper. Her skrev de under tidspres en kort flash fiction-tekst, hvor de forestillede sig hverdagslivet i 2066.</w:t>
      </w:r>
    </w:p>
    <w:p w14:paraId="6F21BACF" w14:textId="77777777" w:rsidR="00BB2593" w:rsidRPr="005C5F3D" w:rsidRDefault="00BB2593" w:rsidP="00BB2593">
      <w:pPr>
        <w:rPr>
          <w:rFonts w:ascii="Times New Roman" w:eastAsia="Times New Roman" w:hAnsi="Times New Roman" w:cs="Times New Roman"/>
          <w:sz w:val="24"/>
          <w:szCs w:val="24"/>
          <w:lang w:val="da-DK"/>
        </w:rPr>
      </w:pPr>
      <w:r w:rsidRPr="005C5F3D">
        <w:rPr>
          <w:rFonts w:ascii="Times New Roman" w:eastAsia="Times New Roman" w:hAnsi="Times New Roman" w:cs="Times New Roman"/>
          <w:sz w:val="24"/>
          <w:szCs w:val="24"/>
          <w:lang w:val="da-DK"/>
        </w:rPr>
        <w:t xml:space="preserve">I de følgende måneder blev FUSION en del af elevernes engelskundervisning. Med udgangspunkt i deres første idéer udviklede de engelsksprogede </w:t>
      </w:r>
      <w:proofErr w:type="spellStart"/>
      <w:r w:rsidRPr="005C5F3D">
        <w:rPr>
          <w:rFonts w:ascii="Times New Roman" w:eastAsia="Times New Roman" w:hAnsi="Times New Roman" w:cs="Times New Roman"/>
          <w:sz w:val="24"/>
          <w:szCs w:val="24"/>
          <w:lang w:val="da-DK"/>
        </w:rPr>
        <w:t>climate</w:t>
      </w:r>
      <w:proofErr w:type="spellEnd"/>
      <w:r w:rsidRPr="005C5F3D">
        <w:rPr>
          <w:rFonts w:ascii="Times New Roman" w:eastAsia="Times New Roman" w:hAnsi="Times New Roman" w:cs="Times New Roman"/>
          <w:sz w:val="24"/>
          <w:szCs w:val="24"/>
          <w:lang w:val="da-DK"/>
        </w:rPr>
        <w:t xml:space="preserve"> fiction-noveller, som beskrev forskellige forestillinger om fremtiden. Disse historier dannede grundlag for arbejdet på </w:t>
      </w:r>
      <w:proofErr w:type="spellStart"/>
      <w:r w:rsidRPr="005C5F3D">
        <w:rPr>
          <w:rFonts w:ascii="Times New Roman" w:eastAsia="Times New Roman" w:hAnsi="Times New Roman" w:cs="Times New Roman"/>
          <w:sz w:val="24"/>
          <w:szCs w:val="24"/>
          <w:lang w:val="da-DK"/>
        </w:rPr>
        <w:t>Climate</w:t>
      </w:r>
      <w:proofErr w:type="spellEnd"/>
      <w:r w:rsidRPr="005C5F3D">
        <w:rPr>
          <w:rFonts w:ascii="Times New Roman" w:eastAsia="Times New Roman" w:hAnsi="Times New Roman" w:cs="Times New Roman"/>
          <w:sz w:val="24"/>
          <w:szCs w:val="24"/>
          <w:lang w:val="da-DK"/>
        </w:rPr>
        <w:t xml:space="preserve"> Action Camp i Odense.</w:t>
      </w:r>
    </w:p>
    <w:p w14:paraId="7C088EA2" w14:textId="77777777" w:rsidR="00BB2593" w:rsidRPr="005C5F3D" w:rsidRDefault="00BB2593" w:rsidP="00BB2593">
      <w:pPr>
        <w:rPr>
          <w:rFonts w:ascii="Times New Roman" w:eastAsia="Times New Roman" w:hAnsi="Times New Roman" w:cs="Times New Roman"/>
          <w:sz w:val="24"/>
          <w:szCs w:val="24"/>
          <w:lang w:val="da-DK"/>
        </w:rPr>
      </w:pPr>
      <w:proofErr w:type="spellStart"/>
      <w:r w:rsidRPr="005C5F3D">
        <w:rPr>
          <w:rFonts w:ascii="Times New Roman" w:eastAsia="Times New Roman" w:hAnsi="Times New Roman" w:cs="Times New Roman"/>
          <w:sz w:val="24"/>
          <w:szCs w:val="24"/>
          <w:lang w:val="da-DK"/>
        </w:rPr>
        <w:t>Climate</w:t>
      </w:r>
      <w:proofErr w:type="spellEnd"/>
      <w:r w:rsidRPr="005C5F3D">
        <w:rPr>
          <w:rFonts w:ascii="Times New Roman" w:eastAsia="Times New Roman" w:hAnsi="Times New Roman" w:cs="Times New Roman"/>
          <w:sz w:val="24"/>
          <w:szCs w:val="24"/>
          <w:lang w:val="da-DK"/>
        </w:rPr>
        <w:t xml:space="preserve"> Action Camp samlede for første gang alle de deltagende skoler. Efter flere måneders arbejde på deres egne skoler mødtes eleverne i dansk-tyske teams og omsatte deres historier til teater gennem anvendt improvisation. Sammen udviklede de karakterer, skabte scener og opførte deres forestillede fremtider på scenen. Den første dag sluttede med en række opførelser, hvor hver gruppe præsenterede sit arbejde for de øvrige deltagere.</w:t>
      </w:r>
    </w:p>
    <w:p w14:paraId="6F54CB38" w14:textId="6CF200EF" w:rsidR="00BB2593" w:rsidRPr="005C5F3D" w:rsidRDefault="00BB2593" w:rsidP="00BB2593">
      <w:pPr>
        <w:rPr>
          <w:rFonts w:ascii="Times New Roman" w:eastAsia="Times New Roman" w:hAnsi="Times New Roman" w:cs="Times New Roman"/>
          <w:sz w:val="24"/>
          <w:szCs w:val="24"/>
          <w:lang w:val="da-DK"/>
        </w:rPr>
      </w:pPr>
      <w:r w:rsidRPr="005C5F3D">
        <w:rPr>
          <w:rFonts w:ascii="Times New Roman" w:eastAsia="Times New Roman" w:hAnsi="Times New Roman" w:cs="Times New Roman"/>
          <w:sz w:val="24"/>
          <w:szCs w:val="24"/>
          <w:lang w:val="da-DK"/>
        </w:rPr>
        <w:t xml:space="preserve">På andendagen flyttede fokus sig fra forestilling til handling. Med udgangspunkt i en fremtidsmetode kaldet </w:t>
      </w:r>
      <w:proofErr w:type="spellStart"/>
      <w:r w:rsidRPr="005C5F3D">
        <w:rPr>
          <w:rFonts w:ascii="Times New Roman" w:eastAsia="Times New Roman" w:hAnsi="Times New Roman" w:cs="Times New Roman"/>
          <w:sz w:val="24"/>
          <w:szCs w:val="24"/>
          <w:lang w:val="da-DK"/>
        </w:rPr>
        <w:t>backcasting</w:t>
      </w:r>
      <w:proofErr w:type="spellEnd"/>
      <w:r w:rsidRPr="005C5F3D">
        <w:rPr>
          <w:rFonts w:ascii="Times New Roman" w:eastAsia="Times New Roman" w:hAnsi="Times New Roman" w:cs="Times New Roman"/>
          <w:sz w:val="24"/>
          <w:szCs w:val="24"/>
          <w:lang w:val="da-DK"/>
        </w:rPr>
        <w:t xml:space="preserve"> arbejdede eleverne sig baglæns fra deres forestillede fremtider for at identificere mulige veje dertil. De udviklede personlige fremtidsjobprofiler, skabte </w:t>
      </w:r>
      <w:r w:rsidR="008C4FC2">
        <w:rPr>
          <w:rFonts w:ascii="Times New Roman" w:eastAsia="Times New Roman" w:hAnsi="Times New Roman" w:cs="Times New Roman"/>
          <w:sz w:val="24"/>
          <w:szCs w:val="24"/>
          <w:lang w:val="da-DK"/>
        </w:rPr>
        <w:t>transnationale</w:t>
      </w:r>
      <w:r w:rsidRPr="005C5F3D">
        <w:rPr>
          <w:rFonts w:ascii="Times New Roman" w:eastAsia="Times New Roman" w:hAnsi="Times New Roman" w:cs="Times New Roman"/>
          <w:sz w:val="24"/>
          <w:szCs w:val="24"/>
          <w:lang w:val="da-DK"/>
        </w:rPr>
        <w:t xml:space="preserve"> klimainitiativer og formulerede konkrete handlinger, som de selv – både individuelt og i fællesskab – kan tage med sig videre.</w:t>
      </w:r>
    </w:p>
    <w:p w14:paraId="2305129D" w14:textId="77777777" w:rsidR="00BB2593" w:rsidRPr="005C5F3D" w:rsidRDefault="00BB2593" w:rsidP="00BB2593">
      <w:pPr>
        <w:rPr>
          <w:rFonts w:ascii="Times New Roman" w:eastAsia="Times New Roman" w:hAnsi="Times New Roman" w:cs="Times New Roman"/>
          <w:sz w:val="24"/>
          <w:szCs w:val="24"/>
          <w:lang w:val="da-DK"/>
        </w:rPr>
      </w:pPr>
      <w:r w:rsidRPr="005C5F3D">
        <w:rPr>
          <w:rFonts w:ascii="Times New Roman" w:eastAsia="Times New Roman" w:hAnsi="Times New Roman" w:cs="Times New Roman"/>
          <w:sz w:val="24"/>
          <w:szCs w:val="24"/>
          <w:lang w:val="da-DK"/>
        </w:rPr>
        <w:t xml:space="preserve">Projektet tager afsæt i en udfordring, som mange undervisere kender: Klimaforandringer kan få unge til at føle usikkerhed og afmagt. FUSION skaber et rum, hvor eleverne kan udforske forskellige fremtidsscenarier, afprøve idéer sammen med andre og reflektere </w:t>
      </w:r>
      <w:r w:rsidRPr="005C5F3D">
        <w:rPr>
          <w:rFonts w:ascii="Times New Roman" w:eastAsia="Times New Roman" w:hAnsi="Times New Roman" w:cs="Times New Roman"/>
          <w:sz w:val="24"/>
          <w:szCs w:val="24"/>
          <w:lang w:val="da-DK"/>
        </w:rPr>
        <w:lastRenderedPageBreak/>
        <w:t>over, hvordan nutidens beslutninger påvirker fremtidens muligheder. Målet er at styrke de unges tro på, at de selv kan være med til at forme fremtiden.</w:t>
      </w:r>
    </w:p>
    <w:p w14:paraId="08E64FBD" w14:textId="0BAEDCF3" w:rsidR="00BB2593" w:rsidRDefault="00BB2593" w:rsidP="00622277">
      <w:pPr>
        <w:rPr>
          <w:rFonts w:ascii="Times New Roman" w:eastAsia="Times New Roman" w:hAnsi="Times New Roman" w:cs="Times New Roman"/>
          <w:sz w:val="24"/>
          <w:szCs w:val="24"/>
          <w:lang w:val="da-DK"/>
        </w:rPr>
      </w:pPr>
      <w:r w:rsidRPr="005C5F3D">
        <w:rPr>
          <w:rFonts w:ascii="Times New Roman" w:eastAsia="Times New Roman" w:hAnsi="Times New Roman" w:cs="Times New Roman"/>
          <w:sz w:val="24"/>
          <w:szCs w:val="24"/>
          <w:lang w:val="da-DK"/>
        </w:rPr>
        <w:t xml:space="preserve">Efter en vellykket første projektrunde </w:t>
      </w:r>
      <w:r w:rsidR="00786DC9">
        <w:rPr>
          <w:rFonts w:ascii="Times New Roman" w:eastAsia="Times New Roman" w:hAnsi="Times New Roman" w:cs="Times New Roman"/>
          <w:sz w:val="24"/>
          <w:szCs w:val="24"/>
          <w:lang w:val="da-DK"/>
        </w:rPr>
        <w:t xml:space="preserve">er </w:t>
      </w:r>
      <w:proofErr w:type="spellStart"/>
      <w:r w:rsidRPr="005C5F3D">
        <w:rPr>
          <w:rFonts w:ascii="Times New Roman" w:eastAsia="Times New Roman" w:hAnsi="Times New Roman" w:cs="Times New Roman"/>
          <w:sz w:val="24"/>
          <w:szCs w:val="24"/>
          <w:lang w:val="da-DK"/>
        </w:rPr>
        <w:t>FUSION</w:t>
      </w:r>
      <w:r w:rsidR="00786DC9">
        <w:rPr>
          <w:rFonts w:ascii="Times New Roman" w:eastAsia="Times New Roman" w:hAnsi="Times New Roman" w:cs="Times New Roman"/>
          <w:sz w:val="24"/>
          <w:szCs w:val="24"/>
          <w:lang w:val="da-DK"/>
        </w:rPr>
        <w:t>s</w:t>
      </w:r>
      <w:proofErr w:type="spellEnd"/>
      <w:r w:rsidR="00786DC9">
        <w:rPr>
          <w:rFonts w:ascii="Times New Roman" w:eastAsia="Times New Roman" w:hAnsi="Times New Roman" w:cs="Times New Roman"/>
          <w:sz w:val="24"/>
          <w:szCs w:val="24"/>
          <w:lang w:val="da-DK"/>
        </w:rPr>
        <w:t xml:space="preserve"> </w:t>
      </w:r>
      <w:r w:rsidR="008F5FDB">
        <w:rPr>
          <w:rFonts w:ascii="Times New Roman" w:eastAsia="Times New Roman" w:hAnsi="Times New Roman" w:cs="Times New Roman"/>
          <w:sz w:val="24"/>
          <w:szCs w:val="24"/>
          <w:lang w:val="da-DK"/>
        </w:rPr>
        <w:t>anden</w:t>
      </w:r>
      <w:r w:rsidR="00B13737">
        <w:rPr>
          <w:rFonts w:ascii="Times New Roman" w:eastAsia="Times New Roman" w:hAnsi="Times New Roman" w:cs="Times New Roman"/>
          <w:sz w:val="24"/>
          <w:szCs w:val="24"/>
          <w:lang w:val="da-DK"/>
        </w:rPr>
        <w:t xml:space="preserve"> runde </w:t>
      </w:r>
      <w:r w:rsidR="00D61273">
        <w:rPr>
          <w:rFonts w:ascii="Times New Roman" w:eastAsia="Times New Roman" w:hAnsi="Times New Roman" w:cs="Times New Roman"/>
          <w:sz w:val="24"/>
          <w:szCs w:val="24"/>
          <w:lang w:val="da-DK"/>
        </w:rPr>
        <w:t xml:space="preserve">netop skudt i </w:t>
      </w:r>
      <w:r w:rsidR="00B13737">
        <w:rPr>
          <w:rFonts w:ascii="Times New Roman" w:eastAsia="Times New Roman" w:hAnsi="Times New Roman" w:cs="Times New Roman"/>
          <w:sz w:val="24"/>
          <w:szCs w:val="24"/>
          <w:lang w:val="da-DK"/>
        </w:rPr>
        <w:t xml:space="preserve">gang. </w:t>
      </w:r>
      <w:r w:rsidR="00D61273">
        <w:rPr>
          <w:rFonts w:ascii="Times New Roman" w:eastAsia="Times New Roman" w:hAnsi="Times New Roman" w:cs="Times New Roman"/>
          <w:sz w:val="24"/>
          <w:szCs w:val="24"/>
          <w:lang w:val="da-DK"/>
        </w:rPr>
        <w:br/>
      </w:r>
      <w:r w:rsidR="00A46DDB">
        <w:rPr>
          <w:rFonts w:ascii="Times New Roman" w:eastAsia="Times New Roman" w:hAnsi="Times New Roman" w:cs="Times New Roman"/>
          <w:sz w:val="24"/>
          <w:szCs w:val="24"/>
          <w:lang w:val="da-DK"/>
        </w:rPr>
        <w:t xml:space="preserve">Projektet er vokset hen over sommeren og i </w:t>
      </w:r>
      <w:r w:rsidRPr="005C5F3D">
        <w:rPr>
          <w:rFonts w:ascii="Times New Roman" w:eastAsia="Times New Roman" w:hAnsi="Times New Roman" w:cs="Times New Roman"/>
          <w:sz w:val="24"/>
          <w:szCs w:val="24"/>
          <w:lang w:val="da-DK"/>
        </w:rPr>
        <w:t>skoleåret 2026–2027</w:t>
      </w:r>
      <w:r w:rsidR="00531E65">
        <w:rPr>
          <w:rFonts w:ascii="Times New Roman" w:eastAsia="Times New Roman" w:hAnsi="Times New Roman" w:cs="Times New Roman"/>
          <w:sz w:val="24"/>
          <w:szCs w:val="24"/>
          <w:lang w:val="da-DK"/>
        </w:rPr>
        <w:t xml:space="preserve"> </w:t>
      </w:r>
      <w:r w:rsidR="00A46DDB">
        <w:rPr>
          <w:rFonts w:ascii="Times New Roman" w:eastAsia="Times New Roman" w:hAnsi="Times New Roman" w:cs="Times New Roman"/>
          <w:sz w:val="24"/>
          <w:szCs w:val="24"/>
          <w:lang w:val="da-DK"/>
        </w:rPr>
        <w:t xml:space="preserve">deltager nu mere end </w:t>
      </w:r>
      <w:r w:rsidR="00846977">
        <w:rPr>
          <w:rFonts w:ascii="Times New Roman" w:eastAsia="Times New Roman" w:hAnsi="Times New Roman" w:cs="Times New Roman"/>
          <w:sz w:val="24"/>
          <w:szCs w:val="24"/>
          <w:lang w:val="da-DK"/>
        </w:rPr>
        <w:t>3</w:t>
      </w:r>
      <w:r w:rsidR="00A46DDB">
        <w:rPr>
          <w:rFonts w:ascii="Times New Roman" w:eastAsia="Times New Roman" w:hAnsi="Times New Roman" w:cs="Times New Roman"/>
          <w:sz w:val="24"/>
          <w:szCs w:val="24"/>
          <w:lang w:val="da-DK"/>
        </w:rPr>
        <w:t>2</w:t>
      </w:r>
      <w:r w:rsidR="00846977">
        <w:rPr>
          <w:rFonts w:ascii="Times New Roman" w:eastAsia="Times New Roman" w:hAnsi="Times New Roman" w:cs="Times New Roman"/>
          <w:sz w:val="24"/>
          <w:szCs w:val="24"/>
          <w:lang w:val="da-DK"/>
        </w:rPr>
        <w:t xml:space="preserve">0 elever </w:t>
      </w:r>
      <w:r w:rsidR="00A46DDB">
        <w:rPr>
          <w:rFonts w:ascii="Times New Roman" w:eastAsia="Times New Roman" w:hAnsi="Times New Roman" w:cs="Times New Roman"/>
          <w:sz w:val="24"/>
          <w:szCs w:val="24"/>
          <w:lang w:val="da-DK"/>
        </w:rPr>
        <w:t>fra 1</w:t>
      </w:r>
      <w:r w:rsidR="00846977">
        <w:rPr>
          <w:rFonts w:ascii="Times New Roman" w:eastAsia="Times New Roman" w:hAnsi="Times New Roman" w:cs="Times New Roman"/>
          <w:sz w:val="24"/>
          <w:szCs w:val="24"/>
          <w:lang w:val="da-DK"/>
        </w:rPr>
        <w:t xml:space="preserve">0 forskellige </w:t>
      </w:r>
      <w:r w:rsidR="006C4B24">
        <w:rPr>
          <w:rFonts w:ascii="Times New Roman" w:eastAsia="Times New Roman" w:hAnsi="Times New Roman" w:cs="Times New Roman"/>
          <w:sz w:val="24"/>
          <w:szCs w:val="24"/>
          <w:lang w:val="da-DK"/>
        </w:rPr>
        <w:t xml:space="preserve">danske, tyske og dansk-tyske </w:t>
      </w:r>
      <w:r w:rsidR="00846977">
        <w:rPr>
          <w:rFonts w:ascii="Times New Roman" w:eastAsia="Times New Roman" w:hAnsi="Times New Roman" w:cs="Times New Roman"/>
          <w:sz w:val="24"/>
          <w:szCs w:val="24"/>
          <w:lang w:val="da-DK"/>
        </w:rPr>
        <w:t>gymnasier</w:t>
      </w:r>
      <w:r w:rsidR="006C4B24">
        <w:rPr>
          <w:rFonts w:ascii="Times New Roman" w:eastAsia="Times New Roman" w:hAnsi="Times New Roman" w:cs="Times New Roman"/>
          <w:sz w:val="24"/>
          <w:szCs w:val="24"/>
          <w:lang w:val="da-DK"/>
        </w:rPr>
        <w:t>.</w:t>
      </w:r>
      <w:r w:rsidR="00175E23">
        <w:rPr>
          <w:rFonts w:ascii="Times New Roman" w:eastAsia="Times New Roman" w:hAnsi="Times New Roman" w:cs="Times New Roman"/>
          <w:sz w:val="24"/>
          <w:szCs w:val="24"/>
          <w:lang w:val="da-DK"/>
        </w:rPr>
        <w:t xml:space="preserve"> Ligesom i første projektrunde </w:t>
      </w:r>
      <w:r w:rsidR="00F44C92">
        <w:rPr>
          <w:rFonts w:ascii="Times New Roman" w:eastAsia="Times New Roman" w:hAnsi="Times New Roman" w:cs="Times New Roman"/>
          <w:sz w:val="24"/>
          <w:szCs w:val="24"/>
          <w:lang w:val="da-DK"/>
        </w:rPr>
        <w:t xml:space="preserve">bliver </w:t>
      </w:r>
      <w:r w:rsidR="00BA197D">
        <w:rPr>
          <w:rFonts w:ascii="Times New Roman" w:eastAsia="Times New Roman" w:hAnsi="Times New Roman" w:cs="Times New Roman"/>
          <w:sz w:val="24"/>
          <w:szCs w:val="24"/>
          <w:lang w:val="da-DK"/>
        </w:rPr>
        <w:t xml:space="preserve">gymnasieklassernes engelskundervisning </w:t>
      </w:r>
      <w:r w:rsidR="00622277">
        <w:rPr>
          <w:rFonts w:ascii="Times New Roman" w:eastAsia="Times New Roman" w:hAnsi="Times New Roman" w:cs="Times New Roman"/>
          <w:sz w:val="24"/>
          <w:szCs w:val="24"/>
          <w:lang w:val="da-DK"/>
        </w:rPr>
        <w:t xml:space="preserve">kombineret med </w:t>
      </w:r>
      <w:r w:rsidR="00622277" w:rsidRPr="005C5F3D">
        <w:rPr>
          <w:rFonts w:ascii="Times New Roman" w:eastAsia="Times New Roman" w:hAnsi="Times New Roman" w:cs="Times New Roman"/>
          <w:sz w:val="24"/>
          <w:szCs w:val="24"/>
          <w:lang w:val="da-DK"/>
        </w:rPr>
        <w:t>e</w:t>
      </w:r>
      <w:r w:rsidR="00622277">
        <w:rPr>
          <w:rFonts w:ascii="Times New Roman" w:eastAsia="Times New Roman" w:hAnsi="Times New Roman" w:cs="Times New Roman"/>
          <w:sz w:val="24"/>
          <w:szCs w:val="24"/>
          <w:lang w:val="da-DK"/>
        </w:rPr>
        <w:t>n</w:t>
      </w:r>
      <w:r w:rsidR="00622277" w:rsidRPr="005C5F3D">
        <w:rPr>
          <w:rFonts w:ascii="Times New Roman" w:eastAsia="Times New Roman" w:hAnsi="Times New Roman" w:cs="Times New Roman"/>
          <w:sz w:val="24"/>
          <w:szCs w:val="24"/>
          <w:lang w:val="da-DK"/>
        </w:rPr>
        <w:t xml:space="preserve"> </w:t>
      </w:r>
      <w:proofErr w:type="spellStart"/>
      <w:r w:rsidR="00622277" w:rsidRPr="005C5F3D">
        <w:rPr>
          <w:rFonts w:ascii="Times New Roman" w:eastAsia="Times New Roman" w:hAnsi="Times New Roman" w:cs="Times New Roman"/>
          <w:sz w:val="24"/>
          <w:szCs w:val="24"/>
          <w:lang w:val="da-DK"/>
        </w:rPr>
        <w:t>Climate</w:t>
      </w:r>
      <w:proofErr w:type="spellEnd"/>
      <w:r w:rsidR="00622277" w:rsidRPr="005C5F3D">
        <w:rPr>
          <w:rFonts w:ascii="Times New Roman" w:eastAsia="Times New Roman" w:hAnsi="Times New Roman" w:cs="Times New Roman"/>
          <w:sz w:val="24"/>
          <w:szCs w:val="24"/>
          <w:lang w:val="da-DK"/>
        </w:rPr>
        <w:t xml:space="preserve"> Action Camp i Odense, hvor ny</w:t>
      </w:r>
      <w:r w:rsidR="00622277">
        <w:rPr>
          <w:rFonts w:ascii="Times New Roman" w:eastAsia="Times New Roman" w:hAnsi="Times New Roman" w:cs="Times New Roman"/>
          <w:sz w:val="24"/>
          <w:szCs w:val="24"/>
          <w:lang w:val="da-DK"/>
        </w:rPr>
        <w:t>e</w:t>
      </w:r>
      <w:r w:rsidR="00622277" w:rsidRPr="005C5F3D">
        <w:rPr>
          <w:rFonts w:ascii="Times New Roman" w:eastAsia="Times New Roman" w:hAnsi="Times New Roman" w:cs="Times New Roman"/>
          <w:sz w:val="24"/>
          <w:szCs w:val="24"/>
          <w:lang w:val="da-DK"/>
        </w:rPr>
        <w:t xml:space="preserve"> </w:t>
      </w:r>
      <w:r w:rsidR="00622277">
        <w:rPr>
          <w:rFonts w:ascii="Times New Roman" w:eastAsia="Times New Roman" w:hAnsi="Times New Roman" w:cs="Times New Roman"/>
          <w:sz w:val="24"/>
          <w:szCs w:val="24"/>
          <w:lang w:val="da-DK"/>
        </w:rPr>
        <w:t>elev</w:t>
      </w:r>
      <w:r w:rsidR="00622277" w:rsidRPr="005C5F3D">
        <w:rPr>
          <w:rFonts w:ascii="Times New Roman" w:eastAsia="Times New Roman" w:hAnsi="Times New Roman" w:cs="Times New Roman"/>
          <w:sz w:val="24"/>
          <w:szCs w:val="24"/>
          <w:lang w:val="da-DK"/>
        </w:rPr>
        <w:t>gruppe</w:t>
      </w:r>
      <w:r w:rsidR="00622277">
        <w:rPr>
          <w:rFonts w:ascii="Times New Roman" w:eastAsia="Times New Roman" w:hAnsi="Times New Roman" w:cs="Times New Roman"/>
          <w:sz w:val="24"/>
          <w:szCs w:val="24"/>
          <w:lang w:val="da-DK"/>
        </w:rPr>
        <w:t>r</w:t>
      </w:r>
      <w:r w:rsidR="00622277" w:rsidRPr="005C5F3D">
        <w:rPr>
          <w:rFonts w:ascii="Times New Roman" w:eastAsia="Times New Roman" w:hAnsi="Times New Roman" w:cs="Times New Roman"/>
          <w:sz w:val="24"/>
          <w:szCs w:val="24"/>
          <w:lang w:val="da-DK"/>
        </w:rPr>
        <w:t xml:space="preserve"> mødes på tværs af grænsen for sammen at udforske mulige klimafremtider.</w:t>
      </w:r>
    </w:p>
    <w:p w14:paraId="43DE3312" w14:textId="3815B773" w:rsidR="006C5D54" w:rsidRPr="003802FF" w:rsidRDefault="003802FF" w:rsidP="00622277">
      <w:pPr>
        <w:rPr>
          <w:rFonts w:ascii="Times New Roman" w:hAnsi="Times New Roman" w:cs="Times New Roman"/>
          <w:lang w:val="da-DK"/>
        </w:rPr>
      </w:pPr>
      <w:r>
        <w:rPr>
          <w:rFonts w:ascii="Times New Roman" w:eastAsia="Times New Roman" w:hAnsi="Times New Roman" w:cs="Times New Roman"/>
          <w:sz w:val="24"/>
          <w:szCs w:val="24"/>
          <w:lang w:val="da-DK"/>
        </w:rPr>
        <w:t>Se</w:t>
      </w:r>
      <w:r w:rsidR="006C5D54" w:rsidRPr="003802FF">
        <w:rPr>
          <w:rFonts w:ascii="Times New Roman" w:eastAsia="Times New Roman" w:hAnsi="Times New Roman" w:cs="Times New Roman"/>
          <w:sz w:val="24"/>
          <w:szCs w:val="24"/>
          <w:lang w:val="da-DK"/>
        </w:rPr>
        <w:t xml:space="preserve"> her, hvordan </w:t>
      </w:r>
      <w:r w:rsidRPr="003802FF">
        <w:rPr>
          <w:rFonts w:ascii="Times New Roman" w:eastAsia="Times New Roman" w:hAnsi="Times New Roman" w:cs="Times New Roman"/>
          <w:sz w:val="24"/>
          <w:szCs w:val="24"/>
          <w:lang w:val="da-DK"/>
        </w:rPr>
        <w:t xml:space="preserve">første </w:t>
      </w:r>
      <w:proofErr w:type="spellStart"/>
      <w:r w:rsidR="006C5D54" w:rsidRPr="003802FF">
        <w:rPr>
          <w:rFonts w:ascii="Times New Roman" w:eastAsia="Times New Roman" w:hAnsi="Times New Roman" w:cs="Times New Roman"/>
          <w:sz w:val="24"/>
          <w:szCs w:val="24"/>
          <w:lang w:val="da-DK"/>
        </w:rPr>
        <w:t>Climate</w:t>
      </w:r>
      <w:proofErr w:type="spellEnd"/>
      <w:r w:rsidR="006C5D54" w:rsidRPr="003802FF">
        <w:rPr>
          <w:rFonts w:ascii="Times New Roman" w:eastAsia="Times New Roman" w:hAnsi="Times New Roman" w:cs="Times New Roman"/>
          <w:sz w:val="24"/>
          <w:szCs w:val="24"/>
          <w:lang w:val="da-DK"/>
        </w:rPr>
        <w:t xml:space="preserve"> Action Camp</w:t>
      </w:r>
      <w:r w:rsidRPr="003802FF">
        <w:rPr>
          <w:rFonts w:ascii="Times New Roman" w:eastAsia="Times New Roman" w:hAnsi="Times New Roman" w:cs="Times New Roman"/>
          <w:sz w:val="24"/>
          <w:szCs w:val="24"/>
          <w:lang w:val="da-DK"/>
        </w:rPr>
        <w:t xml:space="preserve"> forløb: </w:t>
      </w:r>
      <w:hyperlink r:id="rId8" w:history="1">
        <w:r w:rsidRPr="00000D55">
          <w:rPr>
            <w:rStyle w:val="Hyperlink"/>
            <w:rFonts w:ascii="Times New Roman" w:eastAsia="Times New Roman" w:hAnsi="Times New Roman" w:cs="Times New Roman"/>
            <w:sz w:val="24"/>
            <w:szCs w:val="24"/>
            <w:lang w:val="da-DK"/>
          </w:rPr>
          <w:t>https://youtu.be/1H83HG11MLA?si=5fDwpa6Zjkf0mlM7</w:t>
        </w:r>
      </w:hyperlink>
      <w:r>
        <w:rPr>
          <w:rFonts w:ascii="Times New Roman" w:eastAsia="Times New Roman" w:hAnsi="Times New Roman" w:cs="Times New Roman"/>
          <w:sz w:val="24"/>
          <w:szCs w:val="24"/>
          <w:lang w:val="da-DK"/>
        </w:rPr>
        <w:t xml:space="preserve"> </w:t>
      </w:r>
    </w:p>
    <w:sectPr w:rsidR="006C5D54" w:rsidRPr="003802F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710111741">
    <w:abstractNumId w:val="8"/>
  </w:num>
  <w:num w:numId="2" w16cid:durableId="1432314596">
    <w:abstractNumId w:val="6"/>
  </w:num>
  <w:num w:numId="3" w16cid:durableId="17899748">
    <w:abstractNumId w:val="5"/>
  </w:num>
  <w:num w:numId="4" w16cid:durableId="437871929">
    <w:abstractNumId w:val="4"/>
  </w:num>
  <w:num w:numId="5" w16cid:durableId="959609187">
    <w:abstractNumId w:val="7"/>
  </w:num>
  <w:num w:numId="6" w16cid:durableId="2017070326">
    <w:abstractNumId w:val="3"/>
  </w:num>
  <w:num w:numId="7" w16cid:durableId="1097598976">
    <w:abstractNumId w:val="2"/>
  </w:num>
  <w:num w:numId="8" w16cid:durableId="1300526724">
    <w:abstractNumId w:val="1"/>
  </w:num>
  <w:num w:numId="9" w16cid:durableId="1354380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4BD"/>
    <w:rsid w:val="00090B67"/>
    <w:rsid w:val="000A0895"/>
    <w:rsid w:val="000C2F53"/>
    <w:rsid w:val="000F143A"/>
    <w:rsid w:val="000F2A1F"/>
    <w:rsid w:val="0015074B"/>
    <w:rsid w:val="00175E23"/>
    <w:rsid w:val="001C0DBE"/>
    <w:rsid w:val="00244727"/>
    <w:rsid w:val="0025200C"/>
    <w:rsid w:val="00292A77"/>
    <w:rsid w:val="0029639D"/>
    <w:rsid w:val="00326F90"/>
    <w:rsid w:val="00351ED6"/>
    <w:rsid w:val="003802FF"/>
    <w:rsid w:val="003978B8"/>
    <w:rsid w:val="003A1C3F"/>
    <w:rsid w:val="00531E65"/>
    <w:rsid w:val="005A1130"/>
    <w:rsid w:val="005C5F3D"/>
    <w:rsid w:val="00605727"/>
    <w:rsid w:val="00622277"/>
    <w:rsid w:val="006C4B24"/>
    <w:rsid w:val="006C5D54"/>
    <w:rsid w:val="006C726C"/>
    <w:rsid w:val="00786DC9"/>
    <w:rsid w:val="00846977"/>
    <w:rsid w:val="008C4FC2"/>
    <w:rsid w:val="008F5FDB"/>
    <w:rsid w:val="009C03A2"/>
    <w:rsid w:val="00A46DDB"/>
    <w:rsid w:val="00A66F36"/>
    <w:rsid w:val="00AA1D8D"/>
    <w:rsid w:val="00B13737"/>
    <w:rsid w:val="00B47730"/>
    <w:rsid w:val="00BA197D"/>
    <w:rsid w:val="00BB2593"/>
    <w:rsid w:val="00C9720E"/>
    <w:rsid w:val="00CA4FDF"/>
    <w:rsid w:val="00CB0664"/>
    <w:rsid w:val="00D61273"/>
    <w:rsid w:val="00D612EA"/>
    <w:rsid w:val="00EA492A"/>
    <w:rsid w:val="00EE262B"/>
    <w:rsid w:val="00F257D6"/>
    <w:rsid w:val="00F25FB5"/>
    <w:rsid w:val="00F44C92"/>
    <w:rsid w:val="00F56BEF"/>
    <w:rsid w:val="00FC693F"/>
    <w:rsid w:val="00FD3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B2AA19"/>
  <w14:defaultImageDpi w14:val="300"/>
  <w15:docId w15:val="{2D8F29EB-5D27-174F-BE2C-189F6D75A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593"/>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1">
    <w:name w:val="s1"/>
    <w:basedOn w:val="Standardskrifttypeiafsnit"/>
    <w:rsid w:val="003978B8"/>
  </w:style>
  <w:style w:type="paragraph" w:customStyle="1" w:styleId="p2">
    <w:name w:val="p2"/>
    <w:basedOn w:val="Normal"/>
    <w:rsid w:val="003978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3A1C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BB25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Standardskrifttypeiafsnit"/>
    <w:uiPriority w:val="99"/>
    <w:unhideWhenUsed/>
    <w:rsid w:val="003802FF"/>
    <w:rPr>
      <w:color w:val="0000FF" w:themeColor="hyperlink"/>
      <w:u w:val="single"/>
    </w:rPr>
  </w:style>
  <w:style w:type="character" w:styleId="Ulstomtale">
    <w:name w:val="Unresolved Mention"/>
    <w:basedOn w:val="Standardskrifttypeiafsnit"/>
    <w:uiPriority w:val="99"/>
    <w:semiHidden/>
    <w:unhideWhenUsed/>
    <w:rsid w:val="00380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1H83HG11MLA?si=5fDwpa6Zjkf0mlM7" TargetMode="External"/><Relationship Id="rId3" Type="http://schemas.openxmlformats.org/officeDocument/2006/relationships/styles" Target="styles.xml"/><Relationship Id="rId7" Type="http://schemas.openxmlformats.org/officeDocument/2006/relationships/hyperlink" Target="https://youtu.be/1H83HG11MLA?si=5fDwpa6Zjkf0mlM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outu.be/1H83HG11MLA?si=5fDwpa6Zjkf0mlM7"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5</Pages>
  <Words>1562</Words>
  <Characters>9533</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Katja Broholm</cp:lastModifiedBy>
  <cp:revision>2</cp:revision>
  <cp:lastPrinted>2026-10-08T12:32:00Z</cp:lastPrinted>
  <dcterms:created xsi:type="dcterms:W3CDTF">2026-10-08T14:07:00Z</dcterms:created>
  <dcterms:modified xsi:type="dcterms:W3CDTF">2026-10-08T14:07:00Z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c8bfd94b-ab06-4744-933d-3762f963f686</vt:lpwstr>
  </property>
</Properties>
</file>